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A38235" w14:textId="77777777" w:rsidR="00480300" w:rsidRDefault="00480300">
      <w:pPr>
        <w:spacing w:after="60"/>
        <w:rPr>
          <w:b/>
          <w:color w:val="1F4E79"/>
          <w:sz w:val="30"/>
        </w:rPr>
      </w:pPr>
    </w:p>
    <w:p w14:paraId="2FC6E1F4" w14:textId="77777777" w:rsidR="00480300" w:rsidRDefault="00480300" w:rsidP="004803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bookmarkStart w:id="0" w:name="_Hlk213316514"/>
      <w:r>
        <w:rPr>
          <w:noProof/>
          <w:sz w:val="24"/>
          <w:szCs w:val="24"/>
          <w:lang w:val="en-GB" w:eastAsia="en-GB"/>
        </w:rPr>
        <w:drawing>
          <wp:inline distT="0" distB="0" distL="0" distR="0" wp14:anchorId="2B5A7E46" wp14:editId="49AB0631">
            <wp:extent cx="476250" cy="561975"/>
            <wp:effectExtent l="0" t="0" r="0" b="9525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0"/>
        <w:gridCol w:w="3069"/>
      </w:tblGrid>
      <w:tr w:rsidR="00480300" w14:paraId="2B50B91B" w14:textId="77777777" w:rsidTr="00480300">
        <w:trPr>
          <w:trHeight w:val="1752"/>
        </w:trPr>
        <w:tc>
          <w:tcPr>
            <w:tcW w:w="7270" w:type="dxa"/>
            <w:hideMark/>
          </w:tcPr>
          <w:p w14:paraId="7BD7180B" w14:textId="77777777" w:rsidR="00480300" w:rsidRDefault="00480300" w:rsidP="00194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REPUBLIKA HRVATSKA</w:t>
            </w:r>
          </w:p>
          <w:p w14:paraId="05C24600" w14:textId="77777777" w:rsidR="00480300" w:rsidRDefault="00480300" w:rsidP="00194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OSNOVNA ŠKOLA KNEZA BRANIMIRA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Donji Muć 218, 21203 Donji Muć                                                                                             KLASA: 602-08/26-01/1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2181-300-26-1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14:paraId="090425FA" w14:textId="77777777" w:rsidR="00480300" w:rsidRDefault="00480300" w:rsidP="001942BA">
            <w:pPr>
              <w:tabs>
                <w:tab w:val="right" w:pos="61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Donji Muć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30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 6. 2026. godine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69" w:type="dxa"/>
            <w:hideMark/>
          </w:tcPr>
          <w:p w14:paraId="7F318F3B" w14:textId="77777777" w:rsidR="00480300" w:rsidRDefault="00480300" w:rsidP="001942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1195992" wp14:editId="048E12BB">
                  <wp:extent cx="933580" cy="933580"/>
                  <wp:effectExtent l="0" t="0" r="0" b="0"/>
                  <wp:docPr id="2" name="Picture 2" descr="Slika na kojoj se prikazuje uzorak, tekst, šav&#10;&#10;Opis je automatski generira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52D9FF39" w14:textId="77777777" w:rsidR="00480300" w:rsidRDefault="00480300" w:rsidP="00480300"/>
    <w:p w14:paraId="10211350" w14:textId="77777777" w:rsidR="00480300" w:rsidRDefault="00480300">
      <w:pPr>
        <w:spacing w:after="60"/>
        <w:rPr>
          <w:b/>
          <w:color w:val="1F4E79"/>
          <w:sz w:val="30"/>
        </w:rPr>
      </w:pPr>
    </w:p>
    <w:p w14:paraId="5FEEA33A" w14:textId="77777777" w:rsidR="00480300" w:rsidRPr="00480300" w:rsidRDefault="00480300">
      <w:pPr>
        <w:spacing w:after="60"/>
        <w:rPr>
          <w:rFonts w:asciiTheme="majorHAnsi" w:hAnsiTheme="majorHAnsi"/>
          <w:b/>
          <w:color w:val="1F4E79"/>
          <w:sz w:val="30"/>
        </w:rPr>
      </w:pPr>
    </w:p>
    <w:p w14:paraId="60F8C6A1" w14:textId="77777777" w:rsidR="00480300" w:rsidRPr="00480300" w:rsidRDefault="00480300" w:rsidP="00480300">
      <w:pPr>
        <w:rPr>
          <w:rFonts w:asciiTheme="majorHAnsi" w:hAnsiTheme="majorHAnsi"/>
          <w:sz w:val="24"/>
          <w:szCs w:val="24"/>
        </w:rPr>
      </w:pPr>
      <w:r w:rsidRPr="00480300">
        <w:rPr>
          <w:rFonts w:asciiTheme="majorHAnsi" w:hAnsiTheme="majorHAnsi"/>
          <w:sz w:val="24"/>
          <w:szCs w:val="24"/>
        </w:rPr>
        <w:t>Na temelju</w:t>
      </w:r>
      <w:r w:rsidRPr="00480300">
        <w:rPr>
          <w:rFonts w:asciiTheme="majorHAnsi" w:hAnsiTheme="majorHAnsi"/>
          <w:spacing w:val="27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članka</w:t>
      </w:r>
      <w:r w:rsidRPr="00480300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10. Odluke</w:t>
      </w:r>
      <w:r w:rsidRPr="00480300">
        <w:rPr>
          <w:rFonts w:asciiTheme="majorHAnsi" w:hAnsiTheme="majorHAnsi"/>
          <w:spacing w:val="34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o proglašenju</w:t>
      </w:r>
      <w:r w:rsidRPr="00480300">
        <w:rPr>
          <w:rFonts w:asciiTheme="majorHAnsi" w:hAnsiTheme="majorHAnsi"/>
          <w:spacing w:val="27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Zakona</w:t>
      </w:r>
      <w:r w:rsidRPr="00480300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o</w:t>
      </w:r>
      <w:r w:rsidRPr="00480300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udžbenicima</w:t>
      </w:r>
      <w:r w:rsidRPr="00480300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i drugim</w:t>
      </w:r>
      <w:r w:rsidRPr="00480300">
        <w:rPr>
          <w:rFonts w:asciiTheme="majorHAnsi" w:hAnsiTheme="majorHAnsi"/>
          <w:spacing w:val="28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obrazovnim</w:t>
      </w:r>
      <w:r w:rsidRPr="00480300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materijalima za osnovnu</w:t>
      </w:r>
      <w:r w:rsidRPr="00480300">
        <w:rPr>
          <w:rFonts w:asciiTheme="majorHAnsi" w:hAnsiTheme="majorHAnsi"/>
          <w:spacing w:val="38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i srednju</w:t>
      </w:r>
      <w:r w:rsidRPr="00480300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školu</w:t>
      </w:r>
      <w:r w:rsidRPr="00480300">
        <w:rPr>
          <w:rFonts w:asciiTheme="majorHAnsi" w:hAnsiTheme="majorHAnsi"/>
          <w:spacing w:val="38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(NN 116/2018),</w:t>
      </w:r>
      <w:r w:rsidRPr="00480300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ravnateljica</w:t>
      </w:r>
      <w:r w:rsidRPr="00480300">
        <w:rPr>
          <w:rFonts w:asciiTheme="majorHAnsi" w:hAnsiTheme="majorHAnsi"/>
          <w:spacing w:val="80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Osnovne</w:t>
      </w:r>
      <w:r w:rsidRPr="00480300">
        <w:rPr>
          <w:rFonts w:asciiTheme="majorHAnsi" w:hAnsiTheme="majorHAnsi"/>
          <w:spacing w:val="40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škole k</w:t>
      </w:r>
      <w:r w:rsidRPr="00480300">
        <w:rPr>
          <w:rFonts w:asciiTheme="majorHAnsi" w:hAnsiTheme="majorHAnsi"/>
          <w:sz w:val="24"/>
          <w:szCs w:val="24"/>
        </w:rPr>
        <w:t>neza</w:t>
      </w:r>
      <w:r w:rsidRPr="00480300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Branimira,</w:t>
      </w:r>
      <w:r w:rsidRPr="00480300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Donji Muć, Nikolina</w:t>
      </w:r>
      <w:r w:rsidRPr="00480300">
        <w:rPr>
          <w:rFonts w:asciiTheme="majorHAnsi" w:hAnsiTheme="majorHAnsi"/>
          <w:spacing w:val="35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Tičinović, prof. uz prethodnu</w:t>
      </w:r>
      <w:r w:rsidRPr="00480300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suglasnost i prema</w:t>
      </w:r>
      <w:r w:rsidRPr="00480300">
        <w:rPr>
          <w:rFonts w:asciiTheme="majorHAnsi" w:hAnsiTheme="majorHAnsi"/>
          <w:spacing w:val="35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odabiru</w:t>
      </w:r>
      <w:r w:rsidRPr="00480300">
        <w:rPr>
          <w:rFonts w:asciiTheme="majorHAnsi" w:hAnsiTheme="majorHAnsi"/>
          <w:spacing w:val="38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stručnih</w:t>
      </w:r>
      <w:r w:rsidRPr="00480300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aktiva</w:t>
      </w:r>
      <w:r w:rsidRPr="00480300">
        <w:rPr>
          <w:rFonts w:asciiTheme="majorHAnsi" w:hAnsiTheme="majorHAnsi"/>
          <w:spacing w:val="35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u školi dana</w:t>
      </w:r>
      <w:r w:rsidRPr="00480300">
        <w:rPr>
          <w:rFonts w:asciiTheme="majorHAnsi" w:hAnsiTheme="majorHAnsi"/>
          <w:spacing w:val="35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30.</w:t>
      </w:r>
      <w:r w:rsidRPr="00480300">
        <w:rPr>
          <w:rFonts w:asciiTheme="majorHAnsi" w:hAnsiTheme="majorHAnsi"/>
          <w:spacing w:val="36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6. 2026</w:t>
      </w:r>
      <w:r w:rsidRPr="00480300">
        <w:rPr>
          <w:rFonts w:asciiTheme="majorHAnsi" w:hAnsiTheme="majorHAnsi"/>
          <w:sz w:val="24"/>
          <w:szCs w:val="24"/>
        </w:rPr>
        <w:t>. godine donosi</w:t>
      </w:r>
    </w:p>
    <w:p w14:paraId="42E8F12B" w14:textId="77777777" w:rsidR="00480300" w:rsidRPr="00480300" w:rsidRDefault="00480300" w:rsidP="00480300">
      <w:pPr>
        <w:jc w:val="center"/>
        <w:rPr>
          <w:rFonts w:asciiTheme="majorHAnsi" w:hAnsiTheme="majorHAnsi"/>
          <w:b/>
          <w:sz w:val="32"/>
          <w:szCs w:val="32"/>
        </w:rPr>
      </w:pPr>
      <w:r w:rsidRPr="00480300">
        <w:rPr>
          <w:rFonts w:asciiTheme="majorHAnsi" w:hAnsiTheme="majorHAnsi"/>
          <w:b/>
          <w:spacing w:val="-2"/>
          <w:sz w:val="32"/>
          <w:szCs w:val="32"/>
        </w:rPr>
        <w:t>ODLUKU</w:t>
      </w:r>
    </w:p>
    <w:p w14:paraId="7D78E0EC" w14:textId="77777777" w:rsidR="00480300" w:rsidRPr="00480300" w:rsidRDefault="00480300" w:rsidP="00480300">
      <w:pPr>
        <w:jc w:val="center"/>
        <w:rPr>
          <w:rFonts w:asciiTheme="majorHAnsi" w:hAnsiTheme="majorHAnsi"/>
        </w:rPr>
      </w:pPr>
      <w:r w:rsidRPr="00480300">
        <w:rPr>
          <w:rFonts w:asciiTheme="majorHAnsi" w:hAnsiTheme="majorHAnsi"/>
          <w:b/>
          <w:sz w:val="32"/>
          <w:szCs w:val="32"/>
        </w:rPr>
        <w:t>o</w:t>
      </w:r>
      <w:r w:rsidRPr="00480300">
        <w:rPr>
          <w:rFonts w:asciiTheme="majorHAnsi" w:hAnsiTheme="majorHAnsi"/>
          <w:b/>
          <w:spacing w:val="10"/>
          <w:sz w:val="32"/>
          <w:szCs w:val="32"/>
        </w:rPr>
        <w:t xml:space="preserve"> </w:t>
      </w:r>
      <w:r w:rsidRPr="00480300">
        <w:rPr>
          <w:rFonts w:asciiTheme="majorHAnsi" w:hAnsiTheme="majorHAnsi"/>
          <w:b/>
          <w:sz w:val="32"/>
          <w:szCs w:val="32"/>
        </w:rPr>
        <w:t>odabiru</w:t>
      </w:r>
      <w:r w:rsidRPr="00480300">
        <w:rPr>
          <w:rFonts w:asciiTheme="majorHAnsi" w:hAnsiTheme="majorHAnsi"/>
          <w:b/>
          <w:spacing w:val="34"/>
          <w:sz w:val="32"/>
          <w:szCs w:val="32"/>
        </w:rPr>
        <w:t xml:space="preserve"> </w:t>
      </w:r>
      <w:r w:rsidRPr="00480300">
        <w:rPr>
          <w:rFonts w:asciiTheme="majorHAnsi" w:hAnsiTheme="majorHAnsi"/>
          <w:b/>
          <w:sz w:val="32"/>
          <w:szCs w:val="32"/>
        </w:rPr>
        <w:t>udžbenika</w:t>
      </w:r>
      <w:r w:rsidRPr="00480300">
        <w:rPr>
          <w:rFonts w:asciiTheme="majorHAnsi" w:hAnsiTheme="majorHAnsi"/>
          <w:b/>
          <w:spacing w:val="22"/>
          <w:sz w:val="32"/>
          <w:szCs w:val="32"/>
        </w:rPr>
        <w:t xml:space="preserve"> </w:t>
      </w:r>
      <w:r w:rsidRPr="00480300">
        <w:rPr>
          <w:rFonts w:asciiTheme="majorHAnsi" w:hAnsiTheme="majorHAnsi"/>
          <w:b/>
          <w:sz w:val="32"/>
          <w:szCs w:val="32"/>
        </w:rPr>
        <w:t>za</w:t>
      </w:r>
      <w:r w:rsidRPr="00480300">
        <w:rPr>
          <w:rFonts w:asciiTheme="majorHAnsi" w:hAnsiTheme="majorHAnsi"/>
          <w:b/>
          <w:spacing w:val="22"/>
          <w:sz w:val="32"/>
          <w:szCs w:val="32"/>
        </w:rPr>
        <w:t xml:space="preserve"> </w:t>
      </w:r>
      <w:r w:rsidRPr="00480300">
        <w:rPr>
          <w:rFonts w:asciiTheme="majorHAnsi" w:hAnsiTheme="majorHAnsi"/>
          <w:b/>
          <w:sz w:val="32"/>
          <w:szCs w:val="32"/>
        </w:rPr>
        <w:t>školsku</w:t>
      </w:r>
      <w:r w:rsidRPr="00480300">
        <w:rPr>
          <w:rFonts w:asciiTheme="majorHAnsi" w:hAnsiTheme="majorHAnsi"/>
          <w:b/>
          <w:spacing w:val="22"/>
          <w:sz w:val="32"/>
          <w:szCs w:val="32"/>
        </w:rPr>
        <w:t xml:space="preserve"> </w:t>
      </w:r>
      <w:r w:rsidRPr="00480300">
        <w:rPr>
          <w:rFonts w:asciiTheme="majorHAnsi" w:hAnsiTheme="majorHAnsi"/>
          <w:b/>
          <w:sz w:val="32"/>
          <w:szCs w:val="32"/>
        </w:rPr>
        <w:t>godinu</w:t>
      </w:r>
      <w:r w:rsidRPr="00480300">
        <w:rPr>
          <w:rFonts w:asciiTheme="majorHAnsi" w:hAnsiTheme="majorHAnsi"/>
          <w:b/>
          <w:spacing w:val="22"/>
          <w:sz w:val="32"/>
          <w:szCs w:val="32"/>
        </w:rPr>
        <w:t xml:space="preserve"> </w:t>
      </w:r>
      <w:r w:rsidRPr="00480300">
        <w:rPr>
          <w:rFonts w:asciiTheme="majorHAnsi" w:hAnsiTheme="majorHAnsi"/>
          <w:b/>
          <w:spacing w:val="-2"/>
          <w:sz w:val="32"/>
          <w:szCs w:val="32"/>
        </w:rPr>
        <w:t>2025./2026.</w:t>
      </w:r>
    </w:p>
    <w:p w14:paraId="2159C9ED" w14:textId="77777777" w:rsidR="00480300" w:rsidRPr="00480300" w:rsidRDefault="00480300" w:rsidP="00480300">
      <w:pPr>
        <w:jc w:val="center"/>
        <w:rPr>
          <w:rFonts w:asciiTheme="majorHAnsi" w:hAnsiTheme="majorHAnsi"/>
          <w:sz w:val="24"/>
        </w:rPr>
      </w:pPr>
      <w:r w:rsidRPr="00480300">
        <w:rPr>
          <w:rFonts w:asciiTheme="majorHAnsi" w:hAnsiTheme="majorHAnsi"/>
          <w:spacing w:val="-2"/>
          <w:sz w:val="24"/>
        </w:rPr>
        <w:t>Članak. 1</w:t>
      </w:r>
    </w:p>
    <w:p w14:paraId="0CA45D3F" w14:textId="77777777" w:rsidR="00480300" w:rsidRPr="00480300" w:rsidRDefault="00480300" w:rsidP="00480300">
      <w:pPr>
        <w:rPr>
          <w:rFonts w:asciiTheme="majorHAnsi" w:hAnsiTheme="majorHAnsi"/>
          <w:sz w:val="24"/>
        </w:rPr>
      </w:pPr>
      <w:r w:rsidRPr="00480300">
        <w:rPr>
          <w:rFonts w:asciiTheme="majorHAnsi" w:hAnsiTheme="majorHAnsi"/>
          <w:sz w:val="24"/>
        </w:rPr>
        <w:t>U</w:t>
      </w:r>
      <w:r w:rsidRPr="00480300">
        <w:rPr>
          <w:rFonts w:asciiTheme="majorHAnsi" w:hAnsiTheme="majorHAnsi"/>
          <w:spacing w:val="21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konačnoj</w:t>
      </w:r>
      <w:r w:rsidRPr="00480300">
        <w:rPr>
          <w:rFonts w:asciiTheme="majorHAnsi" w:hAnsiTheme="majorHAnsi"/>
          <w:spacing w:val="-4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listi</w:t>
      </w:r>
      <w:r w:rsidRPr="00480300">
        <w:rPr>
          <w:rFonts w:asciiTheme="majorHAnsi" w:hAnsiTheme="majorHAnsi"/>
          <w:spacing w:val="-1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odabranih</w:t>
      </w:r>
      <w:r w:rsidRPr="00480300">
        <w:rPr>
          <w:rFonts w:asciiTheme="majorHAnsi" w:hAnsiTheme="majorHAnsi"/>
          <w:spacing w:val="-14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udžbenika</w:t>
      </w:r>
      <w:r w:rsidRPr="00480300">
        <w:rPr>
          <w:rFonts w:asciiTheme="majorHAnsi" w:hAnsiTheme="majorHAnsi"/>
          <w:spacing w:val="-14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prema odabiru stručnih aktiva</w:t>
      </w:r>
      <w:r w:rsidRPr="00480300">
        <w:rPr>
          <w:rFonts w:asciiTheme="majorHAnsi" w:hAnsiTheme="majorHAnsi"/>
          <w:spacing w:val="-1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u školi za Osnovnu školu kneza</w:t>
      </w:r>
      <w:r w:rsidRPr="00480300">
        <w:rPr>
          <w:rFonts w:asciiTheme="majorHAnsi" w:hAnsiTheme="majorHAnsi"/>
          <w:spacing w:val="-9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Branimira,</w:t>
      </w:r>
      <w:r w:rsidRPr="00480300">
        <w:rPr>
          <w:rFonts w:asciiTheme="majorHAnsi" w:hAnsiTheme="majorHAnsi"/>
          <w:spacing w:val="-12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Donji</w:t>
      </w:r>
      <w:r w:rsidRPr="00480300">
        <w:rPr>
          <w:rFonts w:asciiTheme="majorHAnsi" w:hAnsiTheme="majorHAnsi"/>
          <w:spacing w:val="-5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Muć</w:t>
      </w:r>
      <w:r w:rsidRPr="00480300">
        <w:rPr>
          <w:rFonts w:asciiTheme="majorHAnsi" w:hAnsiTheme="majorHAnsi"/>
          <w:spacing w:val="-14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nalaze</w:t>
      </w:r>
      <w:r w:rsidRPr="00480300">
        <w:rPr>
          <w:rFonts w:asciiTheme="majorHAnsi" w:hAnsiTheme="majorHAnsi"/>
          <w:spacing w:val="-10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se</w:t>
      </w:r>
      <w:r w:rsidRPr="00480300">
        <w:rPr>
          <w:rFonts w:asciiTheme="majorHAnsi" w:hAnsiTheme="majorHAnsi"/>
          <w:spacing w:val="-10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sljedeći</w:t>
      </w:r>
      <w:r w:rsidRPr="00480300">
        <w:rPr>
          <w:rFonts w:asciiTheme="majorHAnsi" w:hAnsiTheme="majorHAnsi"/>
          <w:spacing w:val="-5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udžbenici</w:t>
      </w:r>
      <w:r w:rsidRPr="00480300">
        <w:rPr>
          <w:rFonts w:asciiTheme="majorHAnsi" w:hAnsiTheme="majorHAnsi"/>
          <w:spacing w:val="-5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za</w:t>
      </w:r>
      <w:r w:rsidRPr="00480300">
        <w:rPr>
          <w:rFonts w:asciiTheme="majorHAnsi" w:hAnsiTheme="majorHAnsi"/>
          <w:spacing w:val="-5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učenike</w:t>
      </w:r>
      <w:r w:rsidRPr="00480300">
        <w:rPr>
          <w:rFonts w:asciiTheme="majorHAnsi" w:hAnsiTheme="majorHAnsi"/>
          <w:spacing w:val="-10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od</w:t>
      </w:r>
      <w:r w:rsidRPr="00480300">
        <w:rPr>
          <w:rFonts w:asciiTheme="majorHAnsi" w:hAnsiTheme="majorHAnsi"/>
          <w:spacing w:val="-4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1.</w:t>
      </w:r>
      <w:r w:rsidRPr="00480300">
        <w:rPr>
          <w:rFonts w:asciiTheme="majorHAnsi" w:hAnsiTheme="majorHAnsi"/>
          <w:spacing w:val="-12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razreda</w:t>
      </w:r>
      <w:r w:rsidRPr="00480300">
        <w:rPr>
          <w:rFonts w:asciiTheme="majorHAnsi" w:hAnsiTheme="majorHAnsi"/>
          <w:spacing w:val="-5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>do</w:t>
      </w:r>
      <w:r w:rsidRPr="00480300">
        <w:rPr>
          <w:rFonts w:asciiTheme="majorHAnsi" w:hAnsiTheme="majorHAnsi"/>
          <w:spacing w:val="-5"/>
          <w:sz w:val="24"/>
        </w:rPr>
        <w:t xml:space="preserve"> </w:t>
      </w:r>
      <w:r w:rsidRPr="00480300">
        <w:rPr>
          <w:rFonts w:asciiTheme="majorHAnsi" w:hAnsiTheme="majorHAnsi"/>
          <w:sz w:val="24"/>
        </w:rPr>
        <w:t xml:space="preserve">8. razreda Osnovne škole </w:t>
      </w:r>
      <w:r>
        <w:rPr>
          <w:rFonts w:asciiTheme="majorHAnsi" w:hAnsiTheme="majorHAnsi"/>
          <w:sz w:val="24"/>
        </w:rPr>
        <w:t xml:space="preserve">kneza Branimira </w:t>
      </w:r>
    </w:p>
    <w:p w14:paraId="1899ECB1" w14:textId="77777777" w:rsidR="00480300" w:rsidRDefault="00480300">
      <w:pPr>
        <w:spacing w:after="60"/>
        <w:rPr>
          <w:b/>
          <w:color w:val="1F4E79"/>
          <w:sz w:val="30"/>
        </w:rPr>
      </w:pPr>
    </w:p>
    <w:p w14:paraId="6419FB9E" w14:textId="77777777" w:rsidR="00480300" w:rsidRDefault="00480300">
      <w:pPr>
        <w:spacing w:after="60"/>
        <w:rPr>
          <w:b/>
          <w:color w:val="1F4E79"/>
          <w:sz w:val="30"/>
        </w:rPr>
      </w:pPr>
    </w:p>
    <w:p w14:paraId="53D6DAE0" w14:textId="77777777" w:rsidR="00E842C4" w:rsidRPr="00480300" w:rsidRDefault="009534D7">
      <w:pPr>
        <w:spacing w:after="60"/>
        <w:rPr>
          <w:sz w:val="24"/>
          <w:szCs w:val="24"/>
        </w:rPr>
      </w:pPr>
      <w:r w:rsidRPr="00480300">
        <w:rPr>
          <w:b/>
          <w:color w:val="1F4E79"/>
          <w:sz w:val="24"/>
          <w:szCs w:val="24"/>
        </w:rPr>
        <w:t>Razredna nastava</w:t>
      </w:r>
    </w:p>
    <w:p w14:paraId="7497B497" w14:textId="77777777" w:rsidR="00E842C4" w:rsidRDefault="00E842C4">
      <w:pPr>
        <w:spacing w:after="140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3685"/>
        <w:gridCol w:w="1015"/>
        <w:gridCol w:w="567"/>
        <w:gridCol w:w="709"/>
      </w:tblGrid>
      <w:tr w:rsidR="00480300" w14:paraId="51C941BF" w14:textId="77777777" w:rsidTr="00480300">
        <w:trPr>
          <w:cantSplit/>
          <w:tblHeader/>
          <w:jc w:val="center"/>
        </w:trPr>
        <w:tc>
          <w:tcPr>
            <w:tcW w:w="4535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7AF7F04D" w14:textId="77777777" w:rsidR="00480300" w:rsidRDefault="00480300">
            <w:r>
              <w:rPr>
                <w:rFonts w:eastAsia="Arial"/>
                <w:b/>
                <w:color w:val="FFFFFF"/>
                <w:sz w:val="16"/>
              </w:rPr>
              <w:t>Naziv udžbenika</w:t>
            </w:r>
          </w:p>
        </w:tc>
        <w:tc>
          <w:tcPr>
            <w:tcW w:w="3685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4CAA619" w14:textId="77777777" w:rsidR="00480300" w:rsidRDefault="00480300">
            <w:r>
              <w:rPr>
                <w:rFonts w:eastAsia="Arial"/>
                <w:b/>
                <w:color w:val="FFFFFF"/>
                <w:sz w:val="16"/>
              </w:rPr>
              <w:t>Autori</w:t>
            </w:r>
          </w:p>
        </w:tc>
        <w:tc>
          <w:tcPr>
            <w:tcW w:w="1015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3D52C4C1" w14:textId="77777777" w:rsidR="00480300" w:rsidRDefault="004803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Vrsta izdanja</w:t>
            </w:r>
          </w:p>
        </w:tc>
        <w:tc>
          <w:tcPr>
            <w:tcW w:w="567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2B52F861" w14:textId="77777777" w:rsidR="00480300" w:rsidRDefault="004803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Razred</w:t>
            </w:r>
          </w:p>
        </w:tc>
        <w:tc>
          <w:tcPr>
            <w:tcW w:w="709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290F7A08" w14:textId="77777777" w:rsidR="00480300" w:rsidRDefault="00480300">
            <w:r>
              <w:rPr>
                <w:rFonts w:eastAsia="Arial"/>
                <w:b/>
                <w:color w:val="FFFFFF"/>
                <w:sz w:val="16"/>
              </w:rPr>
              <w:t>Nakladnik</w:t>
            </w:r>
          </w:p>
        </w:tc>
      </w:tr>
      <w:tr w:rsidR="00480300" w14:paraId="109B6704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0EC291C" w14:textId="77777777" w:rsidR="00480300" w:rsidRDefault="00480300">
            <w:r>
              <w:rPr>
                <w:rFonts w:eastAsia="Arial"/>
                <w:sz w:val="15"/>
              </w:rPr>
              <w:t>ŠKRINJICA SLOVA I RIJEČI 1, PRVI DIO : integrirani radni udžbenik iz hrvatskoga jezika za prvi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EF1E026" w14:textId="77777777" w:rsidR="00480300" w:rsidRDefault="00480300">
            <w:r>
              <w:rPr>
                <w:rFonts w:eastAsia="Arial"/>
                <w:sz w:val="15"/>
              </w:rPr>
              <w:t>Dubravka Težak, Marina Gabelica, Vesna Marjanović, Andrea Škribulja Horvat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0310ED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513EDE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89AAAE8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68A8A97B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4CBCB09" w14:textId="77777777" w:rsidR="00480300" w:rsidRDefault="00480300">
            <w:r>
              <w:rPr>
                <w:rFonts w:eastAsia="Arial"/>
                <w:sz w:val="15"/>
              </w:rPr>
              <w:t>ŠKRINJICA SLOVA I RIJEČI 1, DRUGI DIO : integrirani radni udžbenik iz hrvatskoga jezika za prvi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938F629" w14:textId="77777777" w:rsidR="00480300" w:rsidRDefault="00480300">
            <w:r>
              <w:rPr>
                <w:rFonts w:eastAsia="Arial"/>
                <w:sz w:val="15"/>
              </w:rPr>
              <w:t>Dubravka Težak, Marina Gabelica, Vesna Marjanović, Andrea Škribulja Horvat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94826D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007A6F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09CC11A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3C43F2A7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97AC5E0" w14:textId="77777777" w:rsidR="00480300" w:rsidRDefault="00480300">
            <w:r>
              <w:rPr>
                <w:rFonts w:eastAsia="Arial"/>
                <w:sz w:val="15"/>
              </w:rPr>
              <w:t>PČELICA 1, POČETNICA 1. DIO : početnica hrvatskoga jezika s dodatnim digitalnim sadržajima u prvom razredu osnovne škole, 1. dio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605F552" w14:textId="77777777" w:rsidR="00480300" w:rsidRDefault="00480300">
            <w:r>
              <w:rPr>
                <w:rFonts w:eastAsia="Arial"/>
                <w:sz w:val="15"/>
              </w:rPr>
              <w:t>Sonja Ivić, Marija Krmpotić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DA1278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A77211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73E4E05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5EB40CD5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5C0CC88" w14:textId="77777777" w:rsidR="00480300" w:rsidRDefault="00480300">
            <w:r>
              <w:rPr>
                <w:rFonts w:eastAsia="Arial"/>
                <w:sz w:val="15"/>
              </w:rPr>
              <w:t>PČELICA 1, POČETNICA 2. DIO : početnica hrvatskoga jezika s dodatnim digitalnim sadržajima u prvom razredu osnovne škole, 2. dio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0734B69" w14:textId="77777777" w:rsidR="00480300" w:rsidRDefault="00480300">
            <w:r>
              <w:rPr>
                <w:rFonts w:eastAsia="Arial"/>
                <w:sz w:val="15"/>
              </w:rPr>
              <w:t>Sonja Ivić, Marija Krmpotić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20B1F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B59359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86AA7CB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665C611F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C5D2B69" w14:textId="77777777" w:rsidR="00480300" w:rsidRDefault="00480300">
            <w:r>
              <w:rPr>
                <w:rFonts w:eastAsia="Arial"/>
                <w:sz w:val="15"/>
              </w:rPr>
              <w:t>NEW BUILDING BLOCKS 1 : udžbenik engleskog jezika za prvi razred osnovne škole, prva godina učenja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D57216D" w14:textId="77777777" w:rsidR="00480300" w:rsidRDefault="00480300">
            <w:r>
              <w:rPr>
                <w:rFonts w:eastAsia="Arial"/>
                <w:sz w:val="15"/>
              </w:rPr>
              <w:t>Kristina Čajo Anđel, Daška Domljan, Ankica Knezović, Danka Singer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2AA3AF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7A53D4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92C5F99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539B98A5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106DBBA" w14:textId="77777777" w:rsidR="00480300" w:rsidRDefault="00480300">
            <w:r>
              <w:rPr>
                <w:rFonts w:eastAsia="Arial"/>
                <w:sz w:val="15"/>
              </w:rPr>
              <w:t>OTKRIVAMO MATEMATIKU 1, PRVI DIO : radni udžbenik iz matematike za prvi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F280C8A" w14:textId="77777777" w:rsidR="00480300" w:rsidRDefault="00480300">
            <w:r>
              <w:rPr>
                <w:rFonts w:eastAsia="Arial"/>
                <w:sz w:val="15"/>
              </w:rPr>
              <w:t>Dubraka Glasnović Gracin, Gabriela Žokalj, Tanja Soucie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E75FD2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F7D794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BA2E799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3538FFA9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33BD766" w14:textId="77777777" w:rsidR="00480300" w:rsidRDefault="00480300">
            <w:r>
              <w:rPr>
                <w:rFonts w:eastAsia="Arial"/>
                <w:sz w:val="15"/>
              </w:rPr>
              <w:lastRenderedPageBreak/>
              <w:t>OTKRIVAMO MATEMATIKU 1, DRUGI DIO : radni udžbenik iz matematike za prvi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9C31548" w14:textId="77777777" w:rsidR="00480300" w:rsidRDefault="00480300">
            <w:r>
              <w:rPr>
                <w:rFonts w:eastAsia="Arial"/>
                <w:sz w:val="15"/>
              </w:rPr>
              <w:t>Dubraka Glasnović Gracin, Gabriela Žokalj, Tanja Soucie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C1451F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29905E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3858B2D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15B99B70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6B4C6B7" w14:textId="77777777" w:rsidR="00480300" w:rsidRDefault="00480300">
            <w:r>
              <w:rPr>
                <w:rFonts w:eastAsia="Arial"/>
                <w:sz w:val="15"/>
              </w:rPr>
              <w:t>MOJ SRETNI BROJ 1 : udžbenik matematike s dodatnim digitalnim sadržajima u prvom razredu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0384FE5" w14:textId="77777777" w:rsidR="00480300" w:rsidRDefault="00480300">
            <w:r>
              <w:rPr>
                <w:rFonts w:eastAsia="Arial"/>
                <w:sz w:val="15"/>
              </w:rPr>
              <w:t>Sanja Jakovljević Rogić, Dubravka Miklec, Graciella Prtajin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B5DCFD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8FC630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56F9BD2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15DA88BB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C8CCA7E" w14:textId="77777777" w:rsidR="00480300" w:rsidRDefault="00480300">
            <w:r>
              <w:rPr>
                <w:rFonts w:eastAsia="Arial"/>
                <w:sz w:val="15"/>
              </w:rPr>
              <w:t>PRIRODA, DRUŠTVO I JA 1 : radni udžbenik iz prirode i društva za prvi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040FD19" w14:textId="77777777" w:rsidR="00480300" w:rsidRDefault="00480300">
            <w:r>
              <w:rPr>
                <w:rFonts w:eastAsia="Arial"/>
                <w:sz w:val="15"/>
              </w:rPr>
              <w:t>Mila Bulić, Gordana Kralj, Lidija Križanić, Karmen Hlad, Andreja Kovač, Andreja Kosorčić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83A59D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195319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39C7FAB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23352C88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BBC3DF4" w14:textId="77777777" w:rsidR="00480300" w:rsidRDefault="00480300">
            <w:r>
              <w:rPr>
                <w:rFonts w:eastAsia="Arial"/>
                <w:sz w:val="15"/>
              </w:rPr>
              <w:t>EUREKA 1 : udžbenik prirode i društva s dodatnim digitalnim sadržajima u prvom razredu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FA1B98A" w14:textId="77777777" w:rsidR="00480300" w:rsidRDefault="00480300">
            <w:r>
              <w:rPr>
                <w:rFonts w:eastAsia="Arial"/>
                <w:sz w:val="15"/>
              </w:rPr>
              <w:t>Snježana Bakarić Palička, Sanja Ćorić Grgić, Ivana Križanac, Žaklin Lukša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A57E5B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91527D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BA6A5D8" w14:textId="77777777" w:rsidR="00480300" w:rsidRDefault="00480300">
            <w:r>
              <w:rPr>
                <w:rFonts w:eastAsia="Arial"/>
                <w:sz w:val="15"/>
              </w:rPr>
              <w:t>ŠK</w:t>
            </w:r>
          </w:p>
        </w:tc>
      </w:tr>
      <w:tr w:rsidR="00480300" w14:paraId="641B879A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9FA27CF" w14:textId="77777777" w:rsidR="00480300" w:rsidRDefault="00480300">
            <w:r>
              <w:rPr>
                <w:rFonts w:eastAsia="Arial"/>
                <w:sz w:val="15"/>
              </w:rPr>
              <w:t>E-SVIJET 1 : radni udžbenik informatike s dodatnim digitalnim sadržajima u prvom razredu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CD61834" w14:textId="77777777" w:rsidR="00480300" w:rsidRDefault="00480300">
            <w:r>
              <w:rPr>
                <w:rFonts w:eastAsia="Arial"/>
                <w:sz w:val="15"/>
              </w:rPr>
              <w:t>Josipa Blagus, Nataša Ljubić Klemše, Ana Flisar Odorčić, Nikolina Bubica, Ivana Ružić, Nikola Mihočka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C6B3AD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8BDFE1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BC8741E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571406FD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F2DFD95" w14:textId="77777777" w:rsidR="00480300" w:rsidRDefault="00480300">
            <w:r>
              <w:rPr>
                <w:rFonts w:eastAsia="Arial"/>
                <w:sz w:val="15"/>
              </w:rPr>
              <w:t>U BOŽJOJ LJUBAVI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2660069" w14:textId="77777777" w:rsidR="00480300" w:rsidRDefault="00480300">
            <w:r>
              <w:rPr>
                <w:rFonts w:eastAsia="Arial"/>
                <w:sz w:val="15"/>
              </w:rPr>
              <w:t>Josip Šimunović, Tihana Petković, Suzana Lipovac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E2AC0B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92F2C9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1.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1CE0149" w14:textId="77777777" w:rsidR="00480300" w:rsidRDefault="00480300">
            <w:r>
              <w:rPr>
                <w:rFonts w:eastAsia="Arial"/>
                <w:sz w:val="15"/>
              </w:rPr>
              <w:t>GK</w:t>
            </w:r>
          </w:p>
        </w:tc>
      </w:tr>
      <w:tr w:rsidR="00480300" w14:paraId="0F756388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65CFDF7" w14:textId="77777777" w:rsidR="00480300" w:rsidRDefault="00480300">
            <w:r>
              <w:rPr>
                <w:rFonts w:eastAsia="Arial"/>
                <w:sz w:val="15"/>
              </w:rPr>
              <w:t>ŠKRINJICA SLOVA I RIJEČI 2, PRVI DIO : integrirani radni udžbenik iz hrvatskoga jezika za drugi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887C659" w14:textId="77777777" w:rsidR="00480300" w:rsidRDefault="00480300">
            <w:r>
              <w:rPr>
                <w:rFonts w:eastAsia="Arial"/>
                <w:sz w:val="15"/>
              </w:rPr>
              <w:t>Dubravka Težak, Marina Gabelica, Vesna Marjanović, Andrea Škribulja Horvat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BD1011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C2401D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C673BFF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4305A19F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5780D3C" w14:textId="77777777" w:rsidR="00480300" w:rsidRDefault="00480300">
            <w:r>
              <w:rPr>
                <w:rFonts w:eastAsia="Arial"/>
                <w:sz w:val="15"/>
              </w:rPr>
              <w:t>ŠKRINJICA SLOVA I RIJEČI 2, DRUGI DIO : integrirani radni udžbenik iz hrvatskoga jezika za drugi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9A06C73" w14:textId="77777777" w:rsidR="00480300" w:rsidRDefault="00480300">
            <w:r>
              <w:rPr>
                <w:rFonts w:eastAsia="Arial"/>
                <w:sz w:val="15"/>
              </w:rPr>
              <w:t>Dubravka Težak, Marina Gabelica, Vesna Marjanović, Andrea Škribulja Horvat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A6D2D5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971AAA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8AD14DA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23C53FE0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A1633F7" w14:textId="77777777" w:rsidR="00480300" w:rsidRDefault="00480300">
            <w:r>
              <w:rPr>
                <w:rFonts w:eastAsia="Arial"/>
                <w:sz w:val="15"/>
              </w:rPr>
              <w:t>PČELICA 2, I. I II. DIO : radni udžbenik hrvatskog jezika s dodatnim digitalnim sadržajima u drugom razredu osnovne škole, 1. i 2. dio.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0D47773" w14:textId="77777777" w:rsidR="00480300" w:rsidRDefault="00480300">
            <w:r>
              <w:rPr>
                <w:rFonts w:eastAsia="Arial"/>
                <w:sz w:val="15"/>
              </w:rPr>
              <w:t>Sonja Ivić, Marija Krmpotić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1F7662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B1589F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45A358D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19CC3C94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13040E0" w14:textId="77777777" w:rsidR="00480300" w:rsidRDefault="00480300">
            <w:r>
              <w:rPr>
                <w:rFonts w:eastAsia="Arial"/>
                <w:sz w:val="15"/>
              </w:rPr>
              <w:t>NEW BUILDING BLOCKS 2 : udžbenik engleskoga jezika za drugi razred osnovne škole, druga godina učenja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335BCAD" w14:textId="77777777" w:rsidR="00480300" w:rsidRDefault="00480300">
            <w:r>
              <w:rPr>
                <w:rFonts w:eastAsia="Arial"/>
                <w:sz w:val="15"/>
              </w:rPr>
              <w:t>Kristina Čajo Anđel, Daška Domljan, Ankica Knezović, Danka Singer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F93F08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97EF69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6C68AEB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44D625B8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B3CC01F" w14:textId="77777777" w:rsidR="00480300" w:rsidRDefault="00480300">
            <w:r>
              <w:rPr>
                <w:rFonts w:eastAsia="Arial"/>
                <w:sz w:val="15"/>
              </w:rPr>
              <w:t>OTKRIVAMO MATEMATIKU 2, PRVI DIO : radni udžbenik iz matematike za drugi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4A3549A" w14:textId="77777777" w:rsidR="00480300" w:rsidRDefault="00480300">
            <w:r>
              <w:rPr>
                <w:rFonts w:eastAsia="Arial"/>
                <w:sz w:val="15"/>
              </w:rPr>
              <w:t>Dubravka Glasnović Gracin, Gabriela Žokalj, Tanja Soucie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8F1950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6EE00F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3A8912D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40DE68EF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671CA6D" w14:textId="77777777" w:rsidR="00480300" w:rsidRDefault="00480300">
            <w:r>
              <w:rPr>
                <w:rFonts w:eastAsia="Arial"/>
                <w:sz w:val="15"/>
              </w:rPr>
              <w:t>OTKRIVAMO MATEMATIKU 2, DRUGI DIO : radni udžbenik iz matematike za drugi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66F957C" w14:textId="77777777" w:rsidR="00480300" w:rsidRDefault="00480300">
            <w:r>
              <w:rPr>
                <w:rFonts w:eastAsia="Arial"/>
                <w:sz w:val="15"/>
              </w:rPr>
              <w:t>Dubravka Glasnović Gracin, Gabriela Žokalj, Tanja Soucie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1C6805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737C3E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1637DCF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001E1EEC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F6C6088" w14:textId="77777777" w:rsidR="00480300" w:rsidRDefault="00480300">
            <w:r>
              <w:rPr>
                <w:rFonts w:eastAsia="Arial"/>
                <w:sz w:val="15"/>
              </w:rPr>
              <w:t>MOJ SRETNI BROJ 2 : udžbenik matematike s dodatnim digitalnim sadržajima u drugom razredu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BC014B9" w14:textId="77777777" w:rsidR="00480300" w:rsidRDefault="00480300">
            <w:r>
              <w:rPr>
                <w:rFonts w:eastAsia="Arial"/>
                <w:sz w:val="15"/>
              </w:rPr>
              <w:t>Sanja Jakovljević Rogić, Dubravka Miklec, Graciella Prtajin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2E7FCC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8DA77E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0379A0F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5DDBF1BD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E9505AC" w14:textId="77777777" w:rsidR="00480300" w:rsidRDefault="00480300">
            <w:r>
              <w:rPr>
                <w:rFonts w:eastAsia="Arial"/>
                <w:sz w:val="15"/>
              </w:rPr>
              <w:t>ISTRAŽUJEMO NAŠ SVIJET 2 : udžbenik prirode i društva s dodatnim digitalnim sadržajima u drugome razredu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6076B54" w14:textId="77777777" w:rsidR="00480300" w:rsidRDefault="00480300">
            <w:r>
              <w:rPr>
                <w:rFonts w:eastAsia="Arial"/>
                <w:sz w:val="15"/>
              </w:rPr>
              <w:t>Tamara Kisovar Ivanda, Alena Letina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5AD678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86A9DF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D3AA515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32AE307B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9D5DB11" w14:textId="77777777" w:rsidR="00480300" w:rsidRDefault="00480300">
            <w:r>
              <w:rPr>
                <w:rFonts w:eastAsia="Arial"/>
                <w:sz w:val="15"/>
              </w:rPr>
              <w:t>EUREKA 2 : udžbenik prirode i društva s dodatnim digitalnim sadržajima u drugom razredu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C41FB3B" w14:textId="77777777" w:rsidR="00480300" w:rsidRDefault="00480300">
            <w:r>
              <w:rPr>
                <w:rFonts w:eastAsia="Arial"/>
                <w:sz w:val="15"/>
              </w:rPr>
              <w:t>Sanja Ćorić Grgić, Snježana Bakarić Palička, Ivana Križanac, Žaklin Lukša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A50016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A52360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EEF0560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5C0C99B1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F86BB38" w14:textId="77777777" w:rsidR="00480300" w:rsidRDefault="00480300">
            <w:r>
              <w:rPr>
                <w:rFonts w:eastAsia="Arial"/>
                <w:sz w:val="15"/>
              </w:rPr>
              <w:t>PRIRODA, DRUŠTVO I JA 2 : radni udžbenik iz prirode i društva za drugi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EC939B2" w14:textId="77777777" w:rsidR="00480300" w:rsidRDefault="00480300">
            <w:r>
              <w:rPr>
                <w:rFonts w:eastAsia="Arial"/>
                <w:sz w:val="15"/>
              </w:rPr>
              <w:t>Mila Bulić, Gordana Kralj, Lidija Križanić, Karmen Hlad, Andreja Kovač, Andreja Kosorčić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8B7402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924CD8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3ED2762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22773FE2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A70F2E4" w14:textId="77777777" w:rsidR="00480300" w:rsidRDefault="00480300">
            <w:r>
              <w:rPr>
                <w:rFonts w:eastAsia="Arial"/>
                <w:sz w:val="15"/>
              </w:rPr>
              <w:t>E-SVIJET 2 : radni udžbenik informatike s dodatnim digitalnim sadržajima u drugom razredu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A22FBA2" w14:textId="77777777" w:rsidR="00480300" w:rsidRDefault="00480300">
            <w:r>
              <w:rPr>
                <w:rFonts w:eastAsia="Arial"/>
                <w:sz w:val="15"/>
              </w:rPr>
              <w:t>Josipa Blagus, Nataša Ljubić Klemše, Ana Flisar Odorčić, Ivana Ružić, Nikola Mihočka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B1C316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3A0BF3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2.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8D4B02B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3598AC0B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3DA87E8" w14:textId="77777777" w:rsidR="00480300" w:rsidRDefault="00480300">
            <w:r>
              <w:rPr>
                <w:rFonts w:eastAsia="Arial"/>
                <w:sz w:val="15"/>
              </w:rPr>
              <w:t>ŠKRINJICA SLOVA I RIJEČI 3, PRVI DIO : integrirani radni udžbenik iz hrvatskoga jezika za treći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19CC213" w14:textId="77777777" w:rsidR="00480300" w:rsidRDefault="00480300">
            <w:r>
              <w:rPr>
                <w:rFonts w:eastAsia="Arial"/>
                <w:sz w:val="15"/>
              </w:rPr>
              <w:t>Dubravka Težak, Marina Gabelica, Vesna Marjanović, Andrea Škribulja Horvat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5CE10D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D69F6C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52E2044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6E2582DA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D0CE595" w14:textId="77777777" w:rsidR="00480300" w:rsidRDefault="00480300">
            <w:r>
              <w:rPr>
                <w:rFonts w:eastAsia="Arial"/>
                <w:sz w:val="15"/>
              </w:rPr>
              <w:t>ŠKRINJICA SLOVA I RIJEČI 3, DRUGI DIO : integrirani radni udžbenik iz hrvatskoga jezika za treći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2D058D3" w14:textId="77777777" w:rsidR="00480300" w:rsidRDefault="00480300">
            <w:r>
              <w:rPr>
                <w:rFonts w:eastAsia="Arial"/>
                <w:sz w:val="15"/>
              </w:rPr>
              <w:t>Dubravka Težak, Marina Gabelica, Vesna Marjanović, Andrea Škribulja Horvat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DEC6C5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2064A8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66725E4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0CC85F0F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019DC1C" w14:textId="77777777" w:rsidR="00480300" w:rsidRDefault="00480300">
            <w:r>
              <w:rPr>
                <w:rFonts w:eastAsia="Arial"/>
                <w:sz w:val="15"/>
              </w:rPr>
              <w:t>ZLATNA VRATA 3 : integrirani radni udžbenik hrvatskoga jezika s dodatnim digitalnim sadržajem u trećem razredu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B1DDBD6" w14:textId="77777777" w:rsidR="00480300" w:rsidRDefault="00480300">
            <w:r>
              <w:rPr>
                <w:rFonts w:eastAsia="Arial"/>
                <w:sz w:val="15"/>
              </w:rPr>
              <w:t>Sonja Ivić, Marija Krmpotić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3878D63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247F77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DEE5F3D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10F21394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DF38941" w14:textId="77777777" w:rsidR="00480300" w:rsidRDefault="00480300">
            <w:r>
              <w:rPr>
                <w:rFonts w:eastAsia="Arial"/>
                <w:sz w:val="15"/>
              </w:rPr>
              <w:t>NEW BUILDING BLOCKS 3 : udžbenik engleskoga jezika za treći razred osnovne škole, treća godina učenja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E57568" w14:textId="77777777" w:rsidR="00480300" w:rsidRDefault="00480300">
            <w:r>
              <w:rPr>
                <w:rFonts w:eastAsia="Arial"/>
                <w:sz w:val="15"/>
              </w:rPr>
              <w:t>Kristina Čajo Anđel, Ankica Knezović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7D5D4B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14F858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C31465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08D1BF23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1E5C0AD" w14:textId="77777777" w:rsidR="00480300" w:rsidRDefault="00480300">
            <w:r>
              <w:rPr>
                <w:rFonts w:eastAsia="Arial"/>
                <w:sz w:val="15"/>
              </w:rPr>
              <w:t>OTKRIVAMO MATEMATIKU 3, PRVI DIO : radni udžbenik iz matematike za treći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61D8842" w14:textId="77777777" w:rsidR="00480300" w:rsidRDefault="00480300">
            <w:r>
              <w:rPr>
                <w:rFonts w:eastAsia="Arial"/>
                <w:sz w:val="15"/>
              </w:rPr>
              <w:t>Dubravka Glasnović Gracin, Gabriela Žokalj, Tanja Soucie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6013CE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889ECC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E4CF14C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3BE7868F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19E62FA" w14:textId="77777777" w:rsidR="00480300" w:rsidRDefault="00480300">
            <w:r>
              <w:rPr>
                <w:rFonts w:eastAsia="Arial"/>
                <w:sz w:val="15"/>
              </w:rPr>
              <w:t>OTKRIVAMO MATEMATIKU 3, DRUGI DIO : radni udžbenik iz matematike za treći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447F2AD" w14:textId="77777777" w:rsidR="00480300" w:rsidRDefault="00480300">
            <w:r>
              <w:rPr>
                <w:rFonts w:eastAsia="Arial"/>
                <w:sz w:val="15"/>
              </w:rPr>
              <w:t>Dubravka Glasnović Gracin, Gabriela Žokalj, Tanja Soucie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735B96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315929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DA63262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7DAD3730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C21F530" w14:textId="77777777" w:rsidR="00480300" w:rsidRDefault="00480300">
            <w:r>
              <w:rPr>
                <w:rFonts w:eastAsia="Arial"/>
                <w:sz w:val="15"/>
              </w:rPr>
              <w:t>MOJ SRETNI BROJ 3 : udžbenik matematike s dodatnim digitalnim sadržajima u trećem razredu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DC81916" w14:textId="77777777" w:rsidR="00480300" w:rsidRDefault="00480300">
            <w:r>
              <w:rPr>
                <w:rFonts w:eastAsia="Arial"/>
                <w:sz w:val="15"/>
              </w:rPr>
              <w:t>Sanja Jakovljević Rogić, Dubravka Miklec, Graciella Prtajin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0775B5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DF856F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B2E6388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37F0FADF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92B2405" w14:textId="77777777" w:rsidR="00480300" w:rsidRDefault="00480300">
            <w:r>
              <w:rPr>
                <w:rFonts w:eastAsia="Arial"/>
                <w:sz w:val="15"/>
              </w:rPr>
              <w:t>PRIRODA, DRUŠTVO I JA 3 : radni udžbenik iz prirode i društva za treći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711D020" w14:textId="77777777" w:rsidR="00480300" w:rsidRDefault="00480300">
            <w:r>
              <w:rPr>
                <w:rFonts w:eastAsia="Arial"/>
                <w:sz w:val="15"/>
              </w:rPr>
              <w:t>Mila Bulić, Gordana Kralj, Lidija Križanić, Marija Lesandrić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16A1C4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ECC135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60F670C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4DB15811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2D509BD" w14:textId="77777777" w:rsidR="00480300" w:rsidRDefault="00480300">
            <w:r>
              <w:rPr>
                <w:rFonts w:eastAsia="Arial"/>
                <w:sz w:val="15"/>
              </w:rPr>
              <w:t>ISTRAŽUJEMO NAŠ SVIJET 3 : udžbenik prirode i društva s dodatnim digitalnim sadržajima u trećem razredu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1E37180" w14:textId="77777777" w:rsidR="00480300" w:rsidRDefault="00480300">
            <w:r>
              <w:rPr>
                <w:rFonts w:eastAsia="Arial"/>
                <w:sz w:val="15"/>
              </w:rPr>
              <w:t>Alena Letina, Tamara Kisovar Ivanda, Zdenko Braičić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D860D2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AB42A6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CCA732E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66B90555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78C7266" w14:textId="77777777" w:rsidR="00480300" w:rsidRDefault="00480300">
            <w:r>
              <w:rPr>
                <w:rFonts w:eastAsia="Arial"/>
                <w:sz w:val="15"/>
              </w:rPr>
              <w:t>E-SVIJET 3 : radni udžbenik informatike s dodatnim digitalnim sadržajima u trećem razredu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20D6DF3" w14:textId="77777777" w:rsidR="00480300" w:rsidRDefault="00480300">
            <w:r>
              <w:rPr>
                <w:rFonts w:eastAsia="Arial"/>
                <w:sz w:val="15"/>
              </w:rPr>
              <w:t>Josipa Blagus, Nataša Ljubić Klemše, Ana Flisar Odorčić, Ivana Ružić, Nikola Mihočka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83FD44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3BF68D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1258055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79259C61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30E8084" w14:textId="77777777" w:rsidR="00480300" w:rsidRDefault="00480300">
            <w:r>
              <w:rPr>
                <w:rFonts w:eastAsia="Arial"/>
                <w:sz w:val="15"/>
              </w:rPr>
              <w:t>U LJUBAVI I POMIRENJU : udžbenik za katolički vjeronauk trećega razreda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E6544B6" w14:textId="77777777" w:rsidR="00480300" w:rsidRDefault="00480300">
            <w:r>
              <w:rPr>
                <w:rFonts w:eastAsia="Arial"/>
                <w:sz w:val="15"/>
              </w:rPr>
              <w:t>Ante Pavlović, Ivica Pažin, Mirjana Džambo Šporec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E09BE2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6D0B54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FC87B0D" w14:textId="77777777" w:rsidR="00480300" w:rsidRDefault="00480300">
            <w:r>
              <w:rPr>
                <w:rFonts w:eastAsia="Arial"/>
                <w:sz w:val="15"/>
              </w:rPr>
              <w:t>Kršćanska sadašnjost</w:t>
            </w:r>
          </w:p>
        </w:tc>
      </w:tr>
      <w:tr w:rsidR="00480300" w14:paraId="4B38F73C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2ED1C6A" w14:textId="77777777" w:rsidR="00480300" w:rsidRDefault="00480300">
            <w:r>
              <w:rPr>
                <w:rFonts w:eastAsia="Arial"/>
                <w:sz w:val="15"/>
              </w:rPr>
              <w:t>ZLATNA VRATA 4 : integrirani radni udžbenik hrvatskoga jezika u četvrtom razredu osnovne škole, 1. i 2. dio s dodatnim digitalnim sadržajima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D67ECFE" w14:textId="77777777" w:rsidR="00480300" w:rsidRDefault="00480300">
            <w:r>
              <w:rPr>
                <w:rFonts w:eastAsia="Arial"/>
                <w:sz w:val="15"/>
              </w:rPr>
              <w:t>Sonja Ivić, Marija Krmpotić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6FBA7F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F6854F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090B9EA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4636582D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3719F99" w14:textId="77777777" w:rsidR="00480300" w:rsidRDefault="00480300">
            <w:r>
              <w:rPr>
                <w:rFonts w:eastAsia="Arial"/>
                <w:sz w:val="15"/>
              </w:rPr>
              <w:t>NEW BUILDING BLOCKS 4 : radni udžbenik engleskoga jezika za četvrti razred osnovne škole, četvrta godina učenja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9049DFB" w14:textId="77777777" w:rsidR="00480300" w:rsidRDefault="00480300">
            <w:r>
              <w:rPr>
                <w:rFonts w:eastAsia="Arial"/>
                <w:sz w:val="15"/>
              </w:rPr>
              <w:t>Kristina Čajo Anđel, Daška Domljan, Mia Šavrljuga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12D612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4F4ED23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33A14A1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4A5E53BC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DE1A192" w14:textId="77777777" w:rsidR="00480300" w:rsidRDefault="00480300">
            <w:r>
              <w:rPr>
                <w:rFonts w:eastAsia="Arial"/>
                <w:sz w:val="15"/>
              </w:rPr>
              <w:t>PAROLANDIA 1 : radni udžbenik talijanskog jezika u četvrtom razredu osnovne škole, 1. godina učenja s dodatnim digitalnim sadržajima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400351B" w14:textId="77777777" w:rsidR="00480300" w:rsidRDefault="00480300">
            <w:r>
              <w:rPr>
                <w:rFonts w:eastAsia="Arial"/>
                <w:sz w:val="15"/>
              </w:rPr>
              <w:t>Dubravka Novak, Silvia Venchiarutti, Kristina Huljev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7022932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8F33B9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641837D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60BD71B5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FBF40EB" w14:textId="77777777" w:rsidR="00480300" w:rsidRDefault="00480300">
            <w:r>
              <w:rPr>
                <w:rFonts w:eastAsia="Arial"/>
                <w:sz w:val="15"/>
              </w:rPr>
              <w:t>MOJ SRETNI BROJ 4 : udžbenik matematike u četvrtom razredu osnovne škole s dodatnim digitalnim sadržajima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72A4740" w14:textId="77777777" w:rsidR="00480300" w:rsidRDefault="00480300">
            <w:r>
              <w:rPr>
                <w:rFonts w:eastAsia="Arial"/>
                <w:sz w:val="15"/>
              </w:rPr>
              <w:t>Sanja Jakovljević Rogić, Dubravka Miklec, Graciella Prtajin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BFC077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EB82AD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A4F56B0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6C779E2A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EC00970" w14:textId="77777777" w:rsidR="00480300" w:rsidRDefault="00480300">
            <w:r>
              <w:rPr>
                <w:rFonts w:eastAsia="Arial"/>
                <w:sz w:val="15"/>
              </w:rPr>
              <w:t>ISTRAŽUJEMO NAŠ SVIJET 4 : udžbenik prirode i društva u četvrtom razredu osnovne škole s dodatnim digitalnim sadržajima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83701FB" w14:textId="77777777" w:rsidR="00480300" w:rsidRDefault="00480300">
            <w:r>
              <w:rPr>
                <w:rFonts w:eastAsia="Arial"/>
                <w:sz w:val="15"/>
              </w:rPr>
              <w:t>Tamara Kisovar Ivanda, Alena Letina, Zdenko Braičić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153AA10" w14:textId="77777777" w:rsidR="00480300" w:rsidRDefault="00480300">
            <w:pPr>
              <w:jc w:val="center"/>
            </w:pP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1B0044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8A0D0D1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6683F8BE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3FBB2F5" w14:textId="77777777" w:rsidR="00480300" w:rsidRDefault="00480300">
            <w:r>
              <w:rPr>
                <w:rFonts w:eastAsia="Arial"/>
                <w:sz w:val="15"/>
              </w:rPr>
              <w:t>ALLEGRO 4 : udžbenik glazbene kulture u četvrtom razredu osnovne škole s dodatnim digitalnim sadržajima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A0D4B07" w14:textId="77777777" w:rsidR="00480300" w:rsidRDefault="00480300">
            <w:r>
              <w:rPr>
                <w:rFonts w:eastAsia="Arial"/>
                <w:sz w:val="15"/>
              </w:rPr>
              <w:t>Natalija Banov, Davor Brđanović, Sandra Frančišković, Sandra Ivančić, Eva Kirchmayer Bilić, Alenka Martinović, Darko Novosel, Tomislav Pehar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B042634" w14:textId="77777777" w:rsidR="00480300" w:rsidRDefault="00480300">
            <w:pPr>
              <w:jc w:val="center"/>
            </w:pP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93A90D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6D3CD9D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19CADEF6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FEA82C3" w14:textId="77777777" w:rsidR="00480300" w:rsidRDefault="00480300">
            <w:r>
              <w:rPr>
                <w:rFonts w:eastAsia="Arial"/>
                <w:sz w:val="15"/>
              </w:rPr>
              <w:t>E-SVIJET 4 : radni udžbenik informatike s dodatnim digitalnim sadržajima u četvrtom razredu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2A768B5" w14:textId="77777777" w:rsidR="00480300" w:rsidRDefault="00480300">
            <w:r>
              <w:rPr>
                <w:rFonts w:eastAsia="Arial"/>
                <w:sz w:val="15"/>
              </w:rPr>
              <w:t>Josipa Blagus, Nataša Ljubić Klemše, Ivana Ružić, Mario Stančić</w:t>
            </w:r>
          </w:p>
        </w:tc>
        <w:tc>
          <w:tcPr>
            <w:tcW w:w="101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B68909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567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57FCA7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8740BA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161D0343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6D85079" w14:textId="77777777" w:rsidR="00480300" w:rsidRDefault="00480300">
            <w:r>
              <w:rPr>
                <w:rFonts w:eastAsia="Arial"/>
                <w:sz w:val="15"/>
              </w:rPr>
              <w:t>DAROVI VJERE I ZAJEDNIŠTVA : udžbenik za katolički vjeronauk četvrtoga razreda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393F8EB" w14:textId="77777777" w:rsidR="00480300" w:rsidRDefault="00480300">
            <w:r>
              <w:rPr>
                <w:rFonts w:eastAsia="Arial"/>
                <w:sz w:val="15"/>
              </w:rPr>
              <w:t>Ivica Pažin, Ante Pavlović</w:t>
            </w:r>
          </w:p>
        </w:tc>
        <w:tc>
          <w:tcPr>
            <w:tcW w:w="101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EC1035F" w14:textId="77777777" w:rsidR="00480300" w:rsidRDefault="00480300">
            <w:pPr>
              <w:jc w:val="center"/>
            </w:pPr>
          </w:p>
        </w:tc>
        <w:tc>
          <w:tcPr>
            <w:tcW w:w="567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DAB2F9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B4DE37D" w14:textId="77777777" w:rsidR="00480300" w:rsidRDefault="00480300">
            <w:r>
              <w:rPr>
                <w:rFonts w:eastAsia="Arial"/>
                <w:sz w:val="15"/>
              </w:rPr>
              <w:t>Kršćanska sadašnjost</w:t>
            </w:r>
          </w:p>
        </w:tc>
      </w:tr>
    </w:tbl>
    <w:p w14:paraId="7212D470" w14:textId="77777777" w:rsidR="00E842C4" w:rsidRDefault="00E842C4">
      <w:pPr>
        <w:spacing w:after="0"/>
      </w:pPr>
    </w:p>
    <w:p w14:paraId="576CC83E" w14:textId="77777777" w:rsidR="00480300" w:rsidRDefault="00480300" w:rsidP="00480300"/>
    <w:p w14:paraId="034AE099" w14:textId="77777777" w:rsidR="00480300" w:rsidRDefault="00480300" w:rsidP="00480300"/>
    <w:p w14:paraId="6A96FA89" w14:textId="77777777" w:rsidR="00480300" w:rsidRDefault="00480300" w:rsidP="00480300"/>
    <w:p w14:paraId="3D165960" w14:textId="77777777" w:rsidR="00480300" w:rsidRDefault="00480300" w:rsidP="00480300"/>
    <w:p w14:paraId="1D6F8F2B" w14:textId="77777777" w:rsidR="00480300" w:rsidRDefault="00480300" w:rsidP="00480300"/>
    <w:p w14:paraId="5BD42F8C" w14:textId="77777777" w:rsidR="00480300" w:rsidRDefault="00480300" w:rsidP="00480300"/>
    <w:p w14:paraId="76310046" w14:textId="77777777" w:rsidR="00E842C4" w:rsidRPr="00480300" w:rsidRDefault="009534D7" w:rsidP="00480300">
      <w:pPr>
        <w:rPr>
          <w:sz w:val="24"/>
          <w:szCs w:val="24"/>
        </w:rPr>
      </w:pPr>
      <w:r w:rsidRPr="00480300">
        <w:rPr>
          <w:b/>
          <w:color w:val="1F4E79"/>
          <w:sz w:val="24"/>
          <w:szCs w:val="24"/>
        </w:rPr>
        <w:t>Predmetna nastava</w:t>
      </w:r>
    </w:p>
    <w:p w14:paraId="50E46548" w14:textId="77777777" w:rsidR="00E842C4" w:rsidRDefault="00E842C4">
      <w:pPr>
        <w:spacing w:after="140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3685"/>
        <w:gridCol w:w="943"/>
        <w:gridCol w:w="709"/>
        <w:gridCol w:w="851"/>
      </w:tblGrid>
      <w:tr w:rsidR="00480300" w14:paraId="531BEA92" w14:textId="77777777" w:rsidTr="00480300">
        <w:trPr>
          <w:cantSplit/>
          <w:tblHeader/>
          <w:jc w:val="center"/>
        </w:trPr>
        <w:tc>
          <w:tcPr>
            <w:tcW w:w="4535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50E4BB4" w14:textId="77777777" w:rsidR="00480300" w:rsidRDefault="00480300">
            <w:r>
              <w:rPr>
                <w:rFonts w:eastAsia="Arial"/>
                <w:b/>
                <w:color w:val="FFFFFF"/>
                <w:sz w:val="16"/>
              </w:rPr>
              <w:t>Naziv udžbenika</w:t>
            </w:r>
          </w:p>
        </w:tc>
        <w:tc>
          <w:tcPr>
            <w:tcW w:w="3685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707B1C58" w14:textId="77777777" w:rsidR="00480300" w:rsidRDefault="00480300">
            <w:r>
              <w:rPr>
                <w:rFonts w:eastAsia="Arial"/>
                <w:b/>
                <w:color w:val="FFFFFF"/>
                <w:sz w:val="16"/>
              </w:rPr>
              <w:t>Autori</w:t>
            </w:r>
          </w:p>
        </w:tc>
        <w:tc>
          <w:tcPr>
            <w:tcW w:w="943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3DFB41A6" w14:textId="77777777" w:rsidR="00480300" w:rsidRDefault="004803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Vrsta izdanja</w:t>
            </w:r>
          </w:p>
        </w:tc>
        <w:tc>
          <w:tcPr>
            <w:tcW w:w="709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B124383" w14:textId="77777777" w:rsidR="00480300" w:rsidRDefault="004803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Razred</w:t>
            </w:r>
          </w:p>
        </w:tc>
        <w:tc>
          <w:tcPr>
            <w:tcW w:w="851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36B4D9FF" w14:textId="77777777" w:rsidR="00480300" w:rsidRDefault="00480300">
            <w:r>
              <w:rPr>
                <w:rFonts w:eastAsia="Arial"/>
                <w:b/>
                <w:color w:val="FFFFFF"/>
                <w:sz w:val="16"/>
              </w:rPr>
              <w:t>Nakladnik</w:t>
            </w:r>
          </w:p>
        </w:tc>
      </w:tr>
      <w:tr w:rsidR="00480300" w14:paraId="1930EBDE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102C232" w14:textId="77777777" w:rsidR="00480300" w:rsidRDefault="00480300">
            <w:r>
              <w:rPr>
                <w:rFonts w:eastAsia="Arial"/>
                <w:sz w:val="15"/>
              </w:rPr>
              <w:t>HRVATSKA ČITANKA 5 : Hrvatski jezik - Čitanka za 5.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1E0EC3B" w14:textId="77777777" w:rsidR="00480300" w:rsidRDefault="00480300">
            <w:r>
              <w:rPr>
                <w:rFonts w:eastAsia="Arial"/>
                <w:sz w:val="15"/>
              </w:rPr>
              <w:t>Mirjana Jukić, Slavica Kovač, Iverka Kraševac, Dubravka Težak, Martina Tunuković, Martina Valec-Rebić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CD354D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26AD243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7112E7A" w14:textId="77777777" w:rsidR="00480300" w:rsidRDefault="00480300">
            <w:r>
              <w:rPr>
                <w:rFonts w:eastAsia="Arial"/>
                <w:sz w:val="15"/>
              </w:rPr>
              <w:t>LJEVAK</w:t>
            </w:r>
          </w:p>
        </w:tc>
      </w:tr>
      <w:tr w:rsidR="00480300" w14:paraId="3CDD9C9D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4D56C8F" w14:textId="77777777" w:rsidR="00480300" w:rsidRDefault="00480300">
            <w:r>
              <w:rPr>
                <w:rFonts w:eastAsia="Arial"/>
                <w:sz w:val="15"/>
              </w:rPr>
              <w:t>HRVATSKA KRIJESNICA 5 : udžbenik iz hrvatskoga jezika za 5.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AB25350" w14:textId="77777777" w:rsidR="00480300" w:rsidRDefault="00480300">
            <w:r>
              <w:rPr>
                <w:rFonts w:eastAsia="Arial"/>
                <w:sz w:val="15"/>
              </w:rPr>
              <w:t>Slavica Kovač, Mirjana Jukić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632E1B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90A893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43EEB81" w14:textId="77777777" w:rsidR="00480300" w:rsidRDefault="00480300">
            <w:r>
              <w:rPr>
                <w:rFonts w:eastAsia="Arial"/>
                <w:sz w:val="15"/>
              </w:rPr>
              <w:t>LJEVAK</w:t>
            </w:r>
          </w:p>
        </w:tc>
      </w:tr>
      <w:tr w:rsidR="00480300" w14:paraId="5C3D7D8F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CCE0A54" w14:textId="77777777" w:rsidR="00480300" w:rsidRDefault="00480300">
            <w:r>
              <w:rPr>
                <w:rFonts w:eastAsia="Arial"/>
                <w:sz w:val="15"/>
              </w:rPr>
              <w:t>HELLO, WORLD! 5 : udžbenik engleskog jezika za peti razred osnovne škole, peta godina učenja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76F0372" w14:textId="77777777" w:rsidR="00480300" w:rsidRDefault="00480300">
            <w:r>
              <w:rPr>
                <w:rFonts w:eastAsia="Arial"/>
                <w:sz w:val="15"/>
              </w:rPr>
              <w:t>Ivana Kirin, Marinko Uremović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8E3F87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CBFD51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65E5707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71BC02F0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E06C4DF" w14:textId="77777777" w:rsidR="00480300" w:rsidRDefault="00480300">
            <w:r>
              <w:rPr>
                <w:rFonts w:eastAsia="Arial"/>
                <w:sz w:val="15"/>
              </w:rPr>
              <w:t>RAGAZZINI.IT 2 : udžbenik talijanskoga jezika s dodatnim digitalnim sadržajima u petome razredu osnovne škole, 2. godina učenja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4BB6466" w14:textId="77777777" w:rsidR="00480300" w:rsidRDefault="00480300">
            <w:r>
              <w:rPr>
                <w:rFonts w:eastAsia="Arial"/>
                <w:sz w:val="15"/>
              </w:rPr>
              <w:t>Nina Karković, Andreja Mrkonjić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407582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radni 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8CE75E2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38D6080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318DCDF2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4C9955E" w14:textId="77777777" w:rsidR="00480300" w:rsidRDefault="00480300">
            <w:r>
              <w:rPr>
                <w:rFonts w:eastAsia="Arial"/>
                <w:sz w:val="15"/>
              </w:rPr>
              <w:t>MOJE BOJE 5 : udžbenik likovne kulture s dodatnim digitalnim sadržajima u petom razredu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4740B71" w14:textId="77777777" w:rsidR="00480300" w:rsidRDefault="00480300">
            <w:r>
              <w:rPr>
                <w:rFonts w:eastAsia="Arial"/>
                <w:sz w:val="15"/>
              </w:rPr>
              <w:t>Miroslav Huzjak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E7D52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2E9109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22F098B" w14:textId="77777777" w:rsidR="00480300" w:rsidRDefault="00480300">
            <w:r>
              <w:rPr>
                <w:rFonts w:eastAsia="Arial"/>
                <w:sz w:val="15"/>
              </w:rPr>
              <w:t>ŠK</w:t>
            </w:r>
          </w:p>
        </w:tc>
      </w:tr>
      <w:tr w:rsidR="00480300" w14:paraId="62A11EA5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8229C73" w14:textId="77777777" w:rsidR="00480300" w:rsidRDefault="00480300">
            <w:r>
              <w:rPr>
                <w:rFonts w:eastAsia="Arial"/>
                <w:sz w:val="15"/>
              </w:rPr>
              <w:t>SVIJET GLAZBE 5 : udžbenik iz glazbene kulture za peti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2D8B1F5" w14:textId="77777777" w:rsidR="00480300" w:rsidRDefault="00480300">
            <w:r>
              <w:rPr>
                <w:rFonts w:eastAsia="Arial"/>
                <w:sz w:val="15"/>
              </w:rPr>
              <w:t>Ante Gašpardi, Tonka Lazarić, Nevenka Raguž, Ana Ostojić, Zoran Štefanac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E2FD71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C5BC4C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798F950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794CC483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A217CB4" w14:textId="77777777" w:rsidR="00480300" w:rsidRDefault="00480300">
            <w:r>
              <w:rPr>
                <w:rFonts w:eastAsia="Arial"/>
                <w:sz w:val="15"/>
              </w:rPr>
              <w:t>MATEMATIČKI IZAZOVI 5, PRVI DIO : udžbenik sa zadatcima za vježbanje iz matematike za peti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1B9DA49" w14:textId="77777777" w:rsidR="00480300" w:rsidRDefault="00480300">
            <w:r>
              <w:rPr>
                <w:rFonts w:eastAsia="Arial"/>
                <w:sz w:val="15"/>
              </w:rPr>
              <w:t>Gordana Paić, Željko Bošnjak, Boris Čulina, Niko Grgić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1F7F4A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071146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D290260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36BE463C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11BBE4E" w14:textId="77777777" w:rsidR="00480300" w:rsidRDefault="00480300">
            <w:r>
              <w:rPr>
                <w:rFonts w:eastAsia="Arial"/>
                <w:sz w:val="15"/>
              </w:rPr>
              <w:t>MATEMATIČKI IZAZOVI 5, DRUGI DIO : udžbenik sa zadatcima za vježbanje iz matematike za peti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06076FF" w14:textId="77777777" w:rsidR="00480300" w:rsidRDefault="00480300">
            <w:r>
              <w:rPr>
                <w:rFonts w:eastAsia="Arial"/>
                <w:sz w:val="15"/>
              </w:rPr>
              <w:t>Gordana Paić, Željko Bošnjak, Boris Čulina, Niko Grgić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FC20B7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23EFE1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5A6B018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20261DD4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C994A82" w14:textId="77777777" w:rsidR="00480300" w:rsidRDefault="00480300">
            <w:r>
              <w:rPr>
                <w:rFonts w:eastAsia="Arial"/>
                <w:sz w:val="15"/>
              </w:rPr>
              <w:t>PRIRODA 5 : udžbenik iz prirode za peti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FCC277B" w14:textId="77777777" w:rsidR="00480300" w:rsidRDefault="00480300">
            <w:r>
              <w:rPr>
                <w:rFonts w:eastAsia="Arial"/>
                <w:sz w:val="15"/>
              </w:rPr>
              <w:t>Marijana Bastić, Valerija Begić, Ana Bakarić, Bernarda Kralj Golub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61373C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34C4CF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1316CC2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025702BD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1530F33" w14:textId="77777777" w:rsidR="00480300" w:rsidRDefault="00480300">
            <w:r>
              <w:rPr>
                <w:rFonts w:eastAsia="Arial"/>
                <w:sz w:val="15"/>
              </w:rPr>
              <w:t>KLIO 5 : udžbenik petoga razreda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A7B18C8" w14:textId="77777777" w:rsidR="00480300" w:rsidRDefault="00480300">
            <w:r>
              <w:rPr>
                <w:rFonts w:eastAsia="Arial"/>
                <w:sz w:val="15"/>
              </w:rPr>
              <w:t>Sonja Bančić, Tina Matanić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F7270D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460E80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4B296FB" w14:textId="77777777" w:rsidR="00480300" w:rsidRDefault="00480300">
            <w:r>
              <w:rPr>
                <w:rFonts w:eastAsia="Arial"/>
                <w:sz w:val="15"/>
              </w:rPr>
              <w:t>ŠK</w:t>
            </w:r>
          </w:p>
        </w:tc>
      </w:tr>
      <w:tr w:rsidR="00480300" w14:paraId="22A9E62A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F10C155" w14:textId="77777777" w:rsidR="00480300" w:rsidRDefault="00480300">
            <w:r>
              <w:rPr>
                <w:rFonts w:eastAsia="Arial"/>
                <w:sz w:val="15"/>
              </w:rPr>
              <w:t>MOJA ZEMLJA 1 : udžbenik iz geografije za peti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0D5CE52" w14:textId="77777777" w:rsidR="00480300" w:rsidRDefault="00480300">
            <w:r>
              <w:rPr>
                <w:rFonts w:eastAsia="Arial"/>
                <w:sz w:val="15"/>
              </w:rPr>
              <w:t>Ivan Gambiroža, Josip Jukić, Dinko Marin, Ana Mesić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558F49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0ACCFD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0ADB29D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00014C79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AEF8FEA" w14:textId="77777777" w:rsidR="00480300" w:rsidRDefault="00480300">
            <w:r>
              <w:rPr>
                <w:rFonts w:eastAsia="Arial"/>
                <w:sz w:val="15"/>
              </w:rPr>
              <w:t>INFORMATIKA 5 : udžbenik za 5.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370ED79" w14:textId="77777777" w:rsidR="00480300" w:rsidRDefault="00480300">
            <w:r>
              <w:rPr>
                <w:rFonts w:eastAsia="Arial"/>
                <w:sz w:val="15"/>
              </w:rPr>
              <w:t>Vedrana Gregurić, Nenad Hajdinjak, Milana Jakšić, Boris Počuča, Darko Rakić, Silvana Svetličić, Davor Šokac, Dragan Vlajinić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E52F49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F7D9F6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158A010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5CD5DD86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CDF7C72" w14:textId="77777777" w:rsidR="00480300" w:rsidRDefault="00480300">
            <w:r>
              <w:rPr>
                <w:rFonts w:eastAsia="Arial"/>
                <w:sz w:val="15"/>
              </w:rPr>
              <w:t>UČITELJU, GDJE STANUJEŠ? : udžbenik za katolički vjeronauk petoga razreda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4B60DFD" w14:textId="77777777" w:rsidR="00480300" w:rsidRDefault="00480300">
            <w:r>
              <w:rPr>
                <w:rFonts w:eastAsia="Arial"/>
                <w:sz w:val="15"/>
              </w:rPr>
              <w:t>Mirjana Novak, Barbara Sipina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7436BD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08C00A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5.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601C456" w14:textId="77777777" w:rsidR="00480300" w:rsidRDefault="00480300">
            <w:r>
              <w:rPr>
                <w:rFonts w:eastAsia="Arial"/>
                <w:sz w:val="15"/>
              </w:rPr>
              <w:t>KS</w:t>
            </w:r>
          </w:p>
        </w:tc>
      </w:tr>
      <w:tr w:rsidR="00480300" w14:paraId="7CFB44CE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3A0518F" w14:textId="77777777" w:rsidR="00480300" w:rsidRDefault="00480300">
            <w:r>
              <w:rPr>
                <w:rFonts w:eastAsia="Arial"/>
                <w:sz w:val="15"/>
              </w:rPr>
              <w:t>HRVATSKA ČITANKA 6 : hrvatski jezik - čitanka za 6.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8659E17" w14:textId="77777777" w:rsidR="00480300" w:rsidRDefault="00480300">
            <w:r>
              <w:rPr>
                <w:rFonts w:eastAsia="Arial"/>
                <w:sz w:val="15"/>
              </w:rPr>
              <w:t>Mirjana Jukić, Slavica Kovač, Iverka Kraševac, Dubravka Težak, Martina Tunuković, Martina Valec-Rebić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D6E823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3874C9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6.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892A61C" w14:textId="77777777" w:rsidR="00480300" w:rsidRDefault="00480300">
            <w:r>
              <w:rPr>
                <w:rFonts w:eastAsia="Arial"/>
                <w:sz w:val="15"/>
              </w:rPr>
              <w:t>Naklada Ljevak</w:t>
            </w:r>
          </w:p>
        </w:tc>
      </w:tr>
      <w:tr w:rsidR="00480300" w14:paraId="37C0AE32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E8B7B5C" w14:textId="77777777" w:rsidR="00480300" w:rsidRDefault="00480300">
            <w:r>
              <w:rPr>
                <w:rFonts w:eastAsia="Arial"/>
                <w:sz w:val="15"/>
              </w:rPr>
              <w:t>HRVATSKA KRIJESNICA 6 : udžbenik iz hrvatskoga jezika za 6.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808613F" w14:textId="77777777" w:rsidR="00480300" w:rsidRDefault="00480300">
            <w:r>
              <w:rPr>
                <w:rFonts w:eastAsia="Arial"/>
                <w:sz w:val="15"/>
              </w:rPr>
              <w:t>Slavica Kovač, Mirjana Jukić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4878C2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F18549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6.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372D777" w14:textId="77777777" w:rsidR="00480300" w:rsidRDefault="00480300">
            <w:r>
              <w:rPr>
                <w:rFonts w:eastAsia="Arial"/>
                <w:sz w:val="15"/>
              </w:rPr>
              <w:t>Naklada Ljevak</w:t>
            </w:r>
          </w:p>
        </w:tc>
      </w:tr>
      <w:tr w:rsidR="00480300" w14:paraId="3E547AC0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5E79651" w14:textId="77777777" w:rsidR="00480300" w:rsidRDefault="00480300">
            <w:r>
              <w:rPr>
                <w:rFonts w:eastAsia="Arial"/>
                <w:sz w:val="15"/>
              </w:rPr>
              <w:t>HELLO, WORLD! : udžbenik engleskog jezika za šesti razred osnovne škole, šesta godina učenja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07E9FAE" w14:textId="77777777" w:rsidR="00480300" w:rsidRDefault="00480300">
            <w:r>
              <w:rPr>
                <w:rFonts w:eastAsia="Arial"/>
                <w:sz w:val="15"/>
              </w:rPr>
              <w:t>Ivana Kirin, Marinko Uremović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4C0B29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F90700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6.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325705D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398574F3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9F5DEDB" w14:textId="77777777" w:rsidR="00480300" w:rsidRDefault="00480300">
            <w:r>
              <w:rPr>
                <w:rFonts w:eastAsia="Arial"/>
                <w:sz w:val="15"/>
              </w:rPr>
              <w:t>RAGAZZINI.IT 3 : udžbenik talijanskog jezika s dodatnim digitalnim sadržajima u šestome razredu osnovne škole, 3. godina učenja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8735FDB" w14:textId="77777777" w:rsidR="00480300" w:rsidRDefault="00480300">
            <w:r>
              <w:rPr>
                <w:rFonts w:eastAsia="Arial"/>
                <w:sz w:val="15"/>
              </w:rPr>
              <w:t>Nina Karković, Andreja Mrkonjić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D314EC3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7A798E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6.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3A2D9AD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69E62C94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FE46378" w14:textId="77777777" w:rsidR="00480300" w:rsidRDefault="00480300">
            <w:r>
              <w:rPr>
                <w:rFonts w:eastAsia="Arial"/>
                <w:sz w:val="15"/>
              </w:rPr>
              <w:t>MATEMATIČKI IZAZOVI 6, PRVI DIO : udžbenik sa zadatcima za vježbanje iz matematike za šesti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7C8E098" w14:textId="77777777" w:rsidR="00480300" w:rsidRDefault="00480300">
            <w:r>
              <w:rPr>
                <w:rFonts w:eastAsia="Arial"/>
                <w:sz w:val="15"/>
              </w:rPr>
              <w:t>Gordana Paić, Željko Bošnjak, Boris Čulina, Niko Grgić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05CCD3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339479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6.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77D3851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13E90805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E490999" w14:textId="77777777" w:rsidR="00480300" w:rsidRDefault="00480300">
            <w:r>
              <w:rPr>
                <w:rFonts w:eastAsia="Arial"/>
                <w:sz w:val="15"/>
              </w:rPr>
              <w:t>MATEMATIČKI IZAZOVI 6, DRUGI DIO : udžbenik sa zadatcima za vježbanje iz matematike za šesti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30218A3" w14:textId="77777777" w:rsidR="00480300" w:rsidRDefault="00480300">
            <w:r>
              <w:rPr>
                <w:rFonts w:eastAsia="Arial"/>
                <w:sz w:val="15"/>
              </w:rPr>
              <w:t>Gordana Paić, Željko Bošnjak, Boris Čulina, Niko Grgić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277E7D3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D0575D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6.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586EAC3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24169323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DE55EBD" w14:textId="77777777" w:rsidR="00480300" w:rsidRDefault="00480300">
            <w:r>
              <w:rPr>
                <w:rFonts w:eastAsia="Arial"/>
                <w:sz w:val="15"/>
              </w:rPr>
              <w:t>PRIRODA 6 : udžbenik iz prirode za šesti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37057F9" w14:textId="77777777" w:rsidR="00480300" w:rsidRDefault="00480300">
            <w:r>
              <w:rPr>
                <w:rFonts w:eastAsia="Arial"/>
                <w:sz w:val="15"/>
              </w:rPr>
              <w:t>Marijana Bastić, Valerija Begić, Ana Bakarić, Bernarda Kralj Golub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7EBA0B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582056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6.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815B6E6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1DA902CA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11769AE" w14:textId="77777777" w:rsidR="00480300" w:rsidRDefault="00480300">
            <w:r>
              <w:rPr>
                <w:rFonts w:eastAsia="Arial"/>
                <w:sz w:val="15"/>
              </w:rPr>
              <w:t>MOJA ZEMLJA 2 : udžbenik iz geografije za šesti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A3DE205" w14:textId="77777777" w:rsidR="00480300" w:rsidRDefault="00480300">
            <w:r>
              <w:rPr>
                <w:rFonts w:eastAsia="Arial"/>
                <w:sz w:val="15"/>
              </w:rPr>
              <w:t>Ivan Gambiroža, Josip Jukić, Dinko Marin, Ana Mesić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314C14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E482E2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6.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1FEBE3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0C8FC2B8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7DCB003" w14:textId="77777777" w:rsidR="00480300" w:rsidRDefault="00480300">
            <w:r>
              <w:rPr>
                <w:rFonts w:eastAsia="Arial"/>
                <w:sz w:val="15"/>
              </w:rPr>
              <w:t>POVIJEST 6 : udžbenik iz povijesti za šesti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8594F82" w14:textId="77777777" w:rsidR="00480300" w:rsidRDefault="00480300">
            <w:r>
              <w:rPr>
                <w:rFonts w:eastAsia="Arial"/>
                <w:sz w:val="15"/>
              </w:rPr>
              <w:t>Ante Birin, Tomislav Šarlija, Danijela Deković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54C2823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5AC8E8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6.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7E3786E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096E34E4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2DCD83" w14:textId="77777777" w:rsidR="00480300" w:rsidRDefault="00480300">
            <w:r>
              <w:rPr>
                <w:rFonts w:eastAsia="Arial"/>
                <w:sz w:val="15"/>
              </w:rPr>
              <w:t>HRVATSKA ČITANKA 7 : hrvatski jezik - čitanka za 7.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231C4B3" w14:textId="77777777" w:rsidR="00480300" w:rsidRDefault="00480300">
            <w:r>
              <w:rPr>
                <w:rFonts w:eastAsia="Arial"/>
                <w:sz w:val="15"/>
              </w:rPr>
              <w:t>Mirjana Jukić, Slavica Kovač, Iverka Kraševac, Dubravka Težak, Martina Tunuković, Martina Valec-Rebić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A53E40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F5F47E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555D8E2" w14:textId="77777777" w:rsidR="00480300" w:rsidRDefault="00480300">
            <w:r>
              <w:rPr>
                <w:rFonts w:eastAsia="Arial"/>
                <w:sz w:val="15"/>
              </w:rPr>
              <w:t>Naklada Ljevak</w:t>
            </w:r>
          </w:p>
        </w:tc>
      </w:tr>
      <w:tr w:rsidR="00480300" w14:paraId="2AA4E4E8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3EFB9AF" w14:textId="77777777" w:rsidR="00480300" w:rsidRDefault="00480300">
            <w:r>
              <w:rPr>
                <w:rFonts w:eastAsia="Arial"/>
                <w:sz w:val="15"/>
              </w:rPr>
              <w:t>HRVATSKA KRIJESNICA 7 : udžbenik iz hrvatskoga jezika za 7.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EB36AE0" w14:textId="77777777" w:rsidR="00480300" w:rsidRDefault="00480300">
            <w:r>
              <w:rPr>
                <w:rFonts w:eastAsia="Arial"/>
                <w:sz w:val="15"/>
              </w:rPr>
              <w:t>Slavica Kovač, Mirjana Jukić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41820B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CAAEFF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4C452AE" w14:textId="77777777" w:rsidR="00480300" w:rsidRDefault="00480300">
            <w:r>
              <w:rPr>
                <w:rFonts w:eastAsia="Arial"/>
                <w:sz w:val="15"/>
              </w:rPr>
              <w:t>Naklada Ljevak</w:t>
            </w:r>
          </w:p>
        </w:tc>
      </w:tr>
      <w:tr w:rsidR="00480300" w14:paraId="266619F3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2EE7053" w14:textId="77777777" w:rsidR="00480300" w:rsidRDefault="00480300">
            <w:r>
              <w:rPr>
                <w:rFonts w:eastAsia="Arial"/>
                <w:sz w:val="15"/>
              </w:rPr>
              <w:t>MOJE BOJE 7 : udžbenik likovne kulture s dodatnim digitalnim sadržajima u sedmom razredu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057E409" w14:textId="77777777" w:rsidR="00480300" w:rsidRDefault="00480300">
            <w:r>
              <w:rPr>
                <w:rFonts w:eastAsia="Arial"/>
                <w:sz w:val="15"/>
              </w:rPr>
              <w:t>Miroslav Huzjak, Kristina Horvat-Blažinović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6D41CD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263295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135C227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7456791B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5FE5991" w14:textId="77777777" w:rsidR="00480300" w:rsidRDefault="00480300">
            <w:r>
              <w:rPr>
                <w:rFonts w:eastAsia="Arial"/>
                <w:sz w:val="15"/>
              </w:rPr>
              <w:t>GLAZBENI KRUG 7 : udžbenik glazbene kulture za 7.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9BEE4CB" w14:textId="77777777" w:rsidR="00480300" w:rsidRDefault="00480300">
            <w:r>
              <w:rPr>
                <w:rFonts w:eastAsia="Arial"/>
                <w:sz w:val="15"/>
              </w:rPr>
              <w:t>Ružica Ambruš-Kiš, Ana Janković, Nikolina Matoš, Tomislav Seletković, Zrinka Šimunović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B5C26C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9484A7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55E0E47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5543100A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470ED4E" w14:textId="77777777" w:rsidR="00480300" w:rsidRDefault="00480300">
            <w:r>
              <w:rPr>
                <w:rFonts w:eastAsia="Arial"/>
                <w:sz w:val="15"/>
              </w:rPr>
              <w:t>HELLO, WORLD! : udžbenik engleskog jezika za sedmi razred osnovne škole, sedma godina učenja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B4CA3C6" w14:textId="77777777" w:rsidR="00480300" w:rsidRDefault="00480300">
            <w:r>
              <w:rPr>
                <w:rFonts w:eastAsia="Arial"/>
                <w:sz w:val="15"/>
              </w:rPr>
              <w:t>Sanja Božinović, Snježana Pavić, Mia Šavrljuga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633C5F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B3F337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A6D4EC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308149ED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8CB3338" w14:textId="77777777" w:rsidR="00480300" w:rsidRDefault="00480300">
            <w:r>
              <w:rPr>
                <w:rFonts w:eastAsia="Arial"/>
                <w:sz w:val="15"/>
              </w:rPr>
              <w:t>RAGAZZINI.IT 4 : udžbenik talijanskoga jezika s dodatnim digitalnim sadržajima u sedmom razredu osnovne škole, 4. godina učenja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6789ED1" w14:textId="77777777" w:rsidR="00480300" w:rsidRDefault="00480300">
            <w:r>
              <w:rPr>
                <w:rFonts w:eastAsia="Arial"/>
                <w:sz w:val="15"/>
              </w:rPr>
              <w:t>Nina Karković, Andreja Mrkonjić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C71AFF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07849E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1B82572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3C8B2702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AFDE153" w14:textId="77777777" w:rsidR="00480300" w:rsidRDefault="00480300">
            <w:r>
              <w:rPr>
                <w:rFonts w:eastAsia="Arial"/>
                <w:sz w:val="15"/>
              </w:rPr>
              <w:t>MATEMATIČKI IZAZOVI 7, PRVI DIO : udžbenik sa zadatcima za vježbanje iz matematike za sedmi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8BA15A4" w14:textId="77777777" w:rsidR="00480300" w:rsidRDefault="00480300">
            <w:r>
              <w:rPr>
                <w:rFonts w:eastAsia="Arial"/>
                <w:sz w:val="15"/>
              </w:rPr>
              <w:t>Gordana Paić, Željko Bošnjak, Boris Čulina, Niko Grgić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5DD06C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B59BDB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CD0AD0B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43E36E81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164516A" w14:textId="77777777" w:rsidR="00480300" w:rsidRDefault="00480300">
            <w:r>
              <w:rPr>
                <w:rFonts w:eastAsia="Arial"/>
                <w:sz w:val="15"/>
              </w:rPr>
              <w:t>MATEMATIČKI IZAZOVI 7, DRUGI DIO : udžbenik sa zadatcima za vježbanje iz matematike za sedmi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094399B" w14:textId="77777777" w:rsidR="00480300" w:rsidRDefault="00480300">
            <w:r>
              <w:rPr>
                <w:rFonts w:eastAsia="Arial"/>
                <w:sz w:val="15"/>
              </w:rPr>
              <w:t>Gordana Paić, Željko Bošnjak, Boris Čulina, Niko Grgić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172D0F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CC67B0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56A8E56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5E1DCDB2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7132EF9" w14:textId="77777777" w:rsidR="00480300" w:rsidRDefault="00480300">
            <w:r>
              <w:rPr>
                <w:rFonts w:eastAsia="Arial"/>
                <w:sz w:val="15"/>
              </w:rPr>
              <w:t>BIOLOGIJA 7 : udžbenik iz biologije za sedmi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5FDAD59" w14:textId="77777777" w:rsidR="00480300" w:rsidRDefault="00480300">
            <w:r>
              <w:rPr>
                <w:rFonts w:eastAsia="Arial"/>
                <w:sz w:val="15"/>
              </w:rPr>
              <w:t>Valerija Begić, Marijana Bastić, Ana Bakarić, Bernarda Kralj Golub, Julijana Madaj Prpić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FEFED3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26C7EE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74CF346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7977AEC1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8691CE0" w14:textId="77777777" w:rsidR="00480300" w:rsidRDefault="00480300">
            <w:r>
              <w:rPr>
                <w:rFonts w:eastAsia="Arial"/>
                <w:sz w:val="15"/>
              </w:rPr>
              <w:t>KEMIJA 7 : udžbenik kemije za sedmi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38596D7" w14:textId="77777777" w:rsidR="00480300" w:rsidRDefault="00480300">
            <w:r>
              <w:rPr>
                <w:rFonts w:eastAsia="Arial"/>
                <w:sz w:val="15"/>
              </w:rPr>
              <w:t>Tamara Banović, Karmen Holenda, Sandra Lacić, Elvira Kovač-Andrić, Nikolina Štiglić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6F88B4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804D09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BC396A9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2C8BEFF0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F780863" w14:textId="77777777" w:rsidR="00480300" w:rsidRDefault="00480300">
            <w:r>
              <w:rPr>
                <w:rFonts w:eastAsia="Arial"/>
                <w:sz w:val="15"/>
              </w:rPr>
              <w:t>FIZIKA OKO NAS 7 : udžbenik fizike s dodatnim digitalnim sadržajima u sedmom razredu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AE6BBEC" w14:textId="77777777" w:rsidR="00480300" w:rsidRDefault="00480300">
            <w:r>
              <w:rPr>
                <w:rFonts w:eastAsia="Arial"/>
                <w:sz w:val="15"/>
              </w:rPr>
              <w:t>Vladimir Paar, Sanja Martinko, Tanja Ćulibrk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0C40D3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C3D12C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E068E40" w14:textId="77777777" w:rsidR="00480300" w:rsidRDefault="00480300">
            <w:r>
              <w:rPr>
                <w:rFonts w:eastAsia="Arial"/>
                <w:sz w:val="15"/>
              </w:rPr>
              <w:t>ŠK</w:t>
            </w:r>
          </w:p>
        </w:tc>
      </w:tr>
      <w:tr w:rsidR="00480300" w14:paraId="3E2979D7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F8096FE" w14:textId="77777777" w:rsidR="00480300" w:rsidRDefault="00480300">
            <w:r>
              <w:rPr>
                <w:rFonts w:eastAsia="Arial"/>
                <w:sz w:val="15"/>
              </w:rPr>
              <w:t>INFORMATIKA 7 : udžbenik za 7.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32D48B7" w14:textId="77777777" w:rsidR="00480300" w:rsidRDefault="00480300">
            <w:r>
              <w:rPr>
                <w:rFonts w:eastAsia="Arial"/>
                <w:sz w:val="15"/>
              </w:rPr>
              <w:t>Saida Deljac, Vedrana Gregurić, Nenad Hajdinjak, Boris Počuča, Darko Rakić, Silvana Svetličić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B4B886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BBC6474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566A735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7258984F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83401EC" w14:textId="77777777" w:rsidR="00480300" w:rsidRDefault="00480300">
            <w:r>
              <w:rPr>
                <w:rFonts w:eastAsia="Arial"/>
                <w:sz w:val="15"/>
              </w:rPr>
              <w:t>NEKA JE BOG PRVI : udžbenik za katolički vjeronauk sedmoga razreda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E3AAC40" w14:textId="77777777" w:rsidR="00480300" w:rsidRDefault="00480300">
            <w:r>
              <w:rPr>
                <w:rFonts w:eastAsia="Arial"/>
                <w:sz w:val="15"/>
              </w:rPr>
              <w:t>Josip Periš, Marina Šimić, Ivana Perčić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BEEF43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91B70B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CC0FA8B" w14:textId="77777777" w:rsidR="00480300" w:rsidRDefault="00480300">
            <w:r>
              <w:rPr>
                <w:rFonts w:eastAsia="Arial"/>
                <w:sz w:val="15"/>
              </w:rPr>
              <w:t>Kršćanska sadašnjost</w:t>
            </w:r>
          </w:p>
        </w:tc>
      </w:tr>
      <w:tr w:rsidR="00480300" w14:paraId="5A9D50CF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BD80B88" w14:textId="77777777" w:rsidR="00480300" w:rsidRDefault="00480300">
            <w:r>
              <w:rPr>
                <w:rFonts w:eastAsia="Arial"/>
                <w:sz w:val="15"/>
              </w:rPr>
              <w:t>HRVATSKA ČITANKA 8 : Hrvatski jezik - čitanka za 8.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A3F2B8F" w14:textId="77777777" w:rsidR="00480300" w:rsidRDefault="00480300">
            <w:r>
              <w:rPr>
                <w:rFonts w:eastAsia="Arial"/>
                <w:sz w:val="15"/>
              </w:rPr>
              <w:t>Mirjana Jukić, Slavica Kovač, Iverka Kraševac, Dubravka Težak, Martina Tunuković, Martina Valec-Rebić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476EDE9" w14:textId="77777777" w:rsidR="00480300" w:rsidRDefault="00480300">
            <w:pPr>
              <w:jc w:val="center"/>
            </w:pP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191B8C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E6A2F16" w14:textId="77777777" w:rsidR="00480300" w:rsidRDefault="00480300">
            <w:r>
              <w:rPr>
                <w:rFonts w:eastAsia="Arial"/>
                <w:sz w:val="15"/>
              </w:rPr>
              <w:t>Naklada Ljevak</w:t>
            </w:r>
          </w:p>
        </w:tc>
      </w:tr>
      <w:tr w:rsidR="00480300" w14:paraId="13583D0D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031F721" w14:textId="77777777" w:rsidR="00480300" w:rsidRDefault="00480300">
            <w:r>
              <w:rPr>
                <w:rFonts w:eastAsia="Arial"/>
                <w:sz w:val="15"/>
              </w:rPr>
              <w:t>HRVATSKA KRIJESNICA 8 : udžbenik iz hrvatskoga jezika za 8.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7E29656" w14:textId="77777777" w:rsidR="00480300" w:rsidRDefault="00480300">
            <w:r>
              <w:rPr>
                <w:rFonts w:eastAsia="Arial"/>
                <w:sz w:val="15"/>
              </w:rPr>
              <w:t>Slavica Kovač, Mirjana Jukić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AAE49EB" w14:textId="77777777" w:rsidR="00480300" w:rsidRDefault="00480300">
            <w:pPr>
              <w:jc w:val="center"/>
            </w:pP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B568CC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2633795" w14:textId="77777777" w:rsidR="00480300" w:rsidRDefault="00480300">
            <w:r>
              <w:rPr>
                <w:rFonts w:eastAsia="Arial"/>
                <w:sz w:val="15"/>
              </w:rPr>
              <w:t>Naklada Ljevak</w:t>
            </w:r>
          </w:p>
        </w:tc>
      </w:tr>
      <w:tr w:rsidR="00480300" w14:paraId="734C91BA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B2AE11B" w14:textId="77777777" w:rsidR="00480300" w:rsidRDefault="00480300">
            <w:r>
              <w:rPr>
                <w:rFonts w:eastAsia="Arial"/>
                <w:sz w:val="15"/>
              </w:rPr>
              <w:t>HELLO, WORLD! : radni udžbenik engleskog jezika za osmi razred osnovne škole, osma godina učenja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70AAA4A" w14:textId="77777777" w:rsidR="00480300" w:rsidRDefault="00480300">
            <w:r>
              <w:rPr>
                <w:rFonts w:eastAsia="Arial"/>
                <w:sz w:val="15"/>
              </w:rPr>
              <w:t>Ivana Kirin, Bojana Palijan, Marinko Uremović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F33BEC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F2B000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FAE0D9A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75198DD7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B7F8308" w14:textId="77777777" w:rsidR="00480300" w:rsidRDefault="00480300">
            <w:r>
              <w:rPr>
                <w:rFonts w:eastAsia="Arial"/>
                <w:sz w:val="15"/>
              </w:rPr>
              <w:t>PAROLANDIA 5 : radni udžbenik talijanskog jezika u osmom razredu osnovne škole, 5. godina učenja s dodatnim digitalnim sadržajima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5D2AA7D" w14:textId="77777777" w:rsidR="00480300" w:rsidRDefault="00480300">
            <w:r>
              <w:rPr>
                <w:rFonts w:eastAsia="Arial"/>
                <w:sz w:val="15"/>
              </w:rPr>
              <w:t>Dubravka Novak, Silvia Venchiarutti, Kristina Huljev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DE35C6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65D5AF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678D894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7F3E1BAB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0635668" w14:textId="77777777" w:rsidR="00480300" w:rsidRDefault="00480300">
            <w:r>
              <w:rPr>
                <w:rFonts w:eastAsia="Arial"/>
                <w:sz w:val="15"/>
              </w:rPr>
              <w:t>MOJE BOJE 8 : udžbenik likovne kulture u osmom razredu osnovne škole s dodatnim digitalnim sadržajima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DF6C3CD" w14:textId="77777777" w:rsidR="00480300" w:rsidRDefault="00480300">
            <w:r>
              <w:rPr>
                <w:rFonts w:eastAsia="Arial"/>
                <w:sz w:val="15"/>
              </w:rPr>
              <w:t>Miroslav Huzjak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EC2583A" w14:textId="77777777" w:rsidR="00480300" w:rsidRDefault="00480300">
            <w:pPr>
              <w:jc w:val="center"/>
            </w:pP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0BF913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032FDC4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31015590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CB87CAA" w14:textId="77777777" w:rsidR="00480300" w:rsidRDefault="00480300">
            <w:r>
              <w:rPr>
                <w:rFonts w:eastAsia="Arial"/>
                <w:sz w:val="15"/>
              </w:rPr>
              <w:t>SVIJET GLAZBE 8 : udžbenik iz glazbene kulture za osmi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C933DE2" w14:textId="77777777" w:rsidR="00480300" w:rsidRDefault="00480300">
            <w:r>
              <w:rPr>
                <w:rFonts w:eastAsia="Arial"/>
                <w:sz w:val="15"/>
              </w:rPr>
              <w:t>Ana Ostojić, Nera Đonlić, Tina Pajdaš, Nikola Sebastian Jambrošić, Marica Tadin, Domagoj Brlečić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7B9BC73" w14:textId="77777777" w:rsidR="00480300" w:rsidRDefault="00480300">
            <w:pPr>
              <w:jc w:val="center"/>
            </w:pP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B7F6E3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2B3A658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0EF61A9D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B3C35C1" w14:textId="77777777" w:rsidR="00480300" w:rsidRDefault="00480300">
            <w:r>
              <w:rPr>
                <w:rFonts w:eastAsia="Arial"/>
                <w:sz w:val="15"/>
              </w:rPr>
              <w:t>MATEMATIČKI IZAZOVI 8, PRVI DIO : udžbenik sa zadatcima za vježbanje iz matematike za osmi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FE6E8AE" w14:textId="77777777" w:rsidR="00480300" w:rsidRDefault="00480300">
            <w:r>
              <w:rPr>
                <w:rFonts w:eastAsia="Arial"/>
                <w:sz w:val="15"/>
              </w:rPr>
              <w:t>Gordana Paić, Željko Bošnjak, Boris Čulina, Niko Grgić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879449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F480AC6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9D22C30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36FC18AE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2679F2D" w14:textId="77777777" w:rsidR="00480300" w:rsidRDefault="00480300">
            <w:r>
              <w:rPr>
                <w:rFonts w:eastAsia="Arial"/>
                <w:sz w:val="15"/>
              </w:rPr>
              <w:t>MATEMATIČKI IZAZOVI 8, DRUGI DIO : udžbenik sa zadatcima za vježbanje iz matematike za osmi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C524649" w14:textId="77777777" w:rsidR="00480300" w:rsidRDefault="00480300">
            <w:r>
              <w:rPr>
                <w:rFonts w:eastAsia="Arial"/>
                <w:sz w:val="15"/>
              </w:rPr>
              <w:t>Gordana Paić, Željko Bošnjak, Boris Čulina, Niko Grgić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B5F163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9E32E1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B6B1B1D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2BBB4F6D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04B8955" w14:textId="77777777" w:rsidR="00480300" w:rsidRDefault="00480300">
            <w:r>
              <w:rPr>
                <w:rFonts w:eastAsia="Arial"/>
                <w:sz w:val="15"/>
              </w:rPr>
              <w:t>BIOLOGIJA 8 : udžbenik iz biologije za osmi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CE0253E" w14:textId="77777777" w:rsidR="00480300" w:rsidRDefault="00480300">
            <w:r>
              <w:rPr>
                <w:rFonts w:eastAsia="Arial"/>
                <w:sz w:val="15"/>
              </w:rPr>
              <w:t>Valerija Begić, Marijana Bastić, Julijana Madaj Prpić, Ana Bakarić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E01B189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204C04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B51C9E6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4F3FB9BE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BE2DE64" w14:textId="77777777" w:rsidR="00480300" w:rsidRDefault="00480300">
            <w:r>
              <w:rPr>
                <w:rFonts w:eastAsia="Arial"/>
                <w:sz w:val="15"/>
              </w:rPr>
              <w:t>KEMIJA 8 : udžbenik kemije za osmi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97A7B57" w14:textId="77777777" w:rsidR="00480300" w:rsidRDefault="00480300">
            <w:r>
              <w:rPr>
                <w:rFonts w:eastAsia="Arial"/>
                <w:sz w:val="15"/>
              </w:rPr>
              <w:t>Roko Vladušić, Sanda Šimičić, Miroslav Pernar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ADAB0B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2BA3CD7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DBCCE35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1B103669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AC59CD7" w14:textId="77777777" w:rsidR="00480300" w:rsidRDefault="00480300">
            <w:r>
              <w:rPr>
                <w:rFonts w:eastAsia="Arial"/>
                <w:sz w:val="15"/>
              </w:rPr>
              <w:t>FIZIKA OKO NAS 8 : udžbenik fizike s dodatnim digitalnim sadržajima u osmom razredu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A1ED6BE" w14:textId="77777777" w:rsidR="00480300" w:rsidRDefault="00480300">
            <w:r>
              <w:rPr>
                <w:rFonts w:eastAsia="Arial"/>
                <w:sz w:val="15"/>
              </w:rPr>
              <w:t>Vladimir Paar, Sanja Martinko, Tanja Ćulibrk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C2133C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0CC43B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74DB472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069FFE35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8040813" w14:textId="77777777" w:rsidR="00480300" w:rsidRDefault="00480300">
            <w:r>
              <w:rPr>
                <w:rFonts w:eastAsia="Arial"/>
                <w:sz w:val="15"/>
              </w:rPr>
              <w:t>KLIO 8 : udžbenik povijesti u osmome razredu osnovne škole s dodatnim digitalnim sadržajima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DB6A801" w14:textId="77777777" w:rsidR="00480300" w:rsidRDefault="00480300">
            <w:r>
              <w:rPr>
                <w:rFonts w:eastAsia="Arial"/>
                <w:sz w:val="15"/>
              </w:rPr>
              <w:t>Krešimir Erdelja, Igor Stojaković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35805CE" w14:textId="77777777" w:rsidR="00480300" w:rsidRDefault="00480300">
            <w:pPr>
              <w:jc w:val="center"/>
            </w:pP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2E388B3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E002534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39D06702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2E7E137" w14:textId="77777777" w:rsidR="00480300" w:rsidRDefault="00480300">
            <w:r>
              <w:rPr>
                <w:rFonts w:eastAsia="Arial"/>
                <w:sz w:val="15"/>
              </w:rPr>
              <w:t>GEA 4 : udžbenik geografije u osmom razredu osnovne škole s dodatnim digitalnim sadržajima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4B7CA07" w14:textId="77777777" w:rsidR="00480300" w:rsidRDefault="00480300">
            <w:r>
              <w:rPr>
                <w:rFonts w:eastAsia="Arial"/>
                <w:sz w:val="15"/>
              </w:rPr>
              <w:t>Danijel Orešić, Igor Tišma, Ružica Vuk, Alenka Bujan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9CE6096" w14:textId="77777777" w:rsidR="00480300" w:rsidRDefault="00480300">
            <w:pPr>
              <w:jc w:val="center"/>
            </w:pP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D5C1F80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315682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6A038A41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B0C90E6" w14:textId="77777777" w:rsidR="00480300" w:rsidRDefault="00480300">
            <w:r>
              <w:rPr>
                <w:rFonts w:eastAsia="Arial"/>
                <w:sz w:val="15"/>
              </w:rPr>
              <w:t>TK 8 : udžbenik tehničke kulture za osmi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C1F7183" w14:textId="77777777" w:rsidR="00480300" w:rsidRDefault="00480300">
            <w:r>
              <w:rPr>
                <w:rFonts w:eastAsia="Arial"/>
                <w:sz w:val="15"/>
              </w:rPr>
              <w:t>Damir Čović, Valentina Dijačić, Tome Kovačević, Sanja Prodanović Trlin, Darko Suman, Alenka Šimić, Ivica Šimić, Marijan Vinković, Dragan Vlajinić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D52A400" w14:textId="77777777" w:rsidR="00480300" w:rsidRDefault="00480300">
            <w:pPr>
              <w:jc w:val="center"/>
            </w:pP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66A861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FA7F8DF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5A5F5A0A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4DBDA93" w14:textId="77777777" w:rsidR="00480300" w:rsidRDefault="00480300">
            <w:r>
              <w:rPr>
                <w:rFonts w:eastAsia="Arial"/>
                <w:sz w:val="15"/>
              </w:rPr>
              <w:t>INFORMATIKA 8 : udžbenik informatike za 8.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15CEFA7" w14:textId="77777777" w:rsidR="00480300" w:rsidRDefault="00480300">
            <w:r>
              <w:rPr>
                <w:rFonts w:eastAsia="Arial"/>
                <w:sz w:val="15"/>
              </w:rPr>
              <w:t>Saida Deljac, Vedrana Gregurić, Nenad Hajdinjak, Boris Počuča, Darko Rakić, Silvana Svetličić</w:t>
            </w:r>
          </w:p>
        </w:tc>
        <w:tc>
          <w:tcPr>
            <w:tcW w:w="943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562A0A1" w14:textId="77777777" w:rsidR="00480300" w:rsidRDefault="00480300">
            <w:pPr>
              <w:jc w:val="center"/>
            </w:pPr>
          </w:p>
        </w:tc>
        <w:tc>
          <w:tcPr>
            <w:tcW w:w="70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3B8F47D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9883B7F" w14:textId="77777777" w:rsidR="00480300" w:rsidRDefault="00480300">
            <w:r>
              <w:rPr>
                <w:rFonts w:eastAsia="Arial"/>
                <w:sz w:val="15"/>
              </w:rPr>
              <w:t>Profil Klett</w:t>
            </w:r>
          </w:p>
        </w:tc>
      </w:tr>
      <w:tr w:rsidR="00480300" w14:paraId="679DE36C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70E28D9" w14:textId="77777777" w:rsidR="00480300" w:rsidRDefault="00480300">
            <w:r>
              <w:rPr>
                <w:rFonts w:eastAsia="Arial"/>
                <w:sz w:val="15"/>
              </w:rPr>
              <w:t>UKORAK S ISUSOM : udžbenik za katolički vjeronauk osmoga razreda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541BFF0" w14:textId="77777777" w:rsidR="00480300" w:rsidRDefault="00480300">
            <w:r>
              <w:rPr>
                <w:rFonts w:eastAsia="Arial"/>
                <w:sz w:val="15"/>
              </w:rPr>
              <w:t>Josip Periš, Marina Šimić, Ivana Perčić</w:t>
            </w:r>
          </w:p>
        </w:tc>
        <w:tc>
          <w:tcPr>
            <w:tcW w:w="943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66D0905" w14:textId="77777777" w:rsidR="00480300" w:rsidRDefault="00480300">
            <w:pPr>
              <w:jc w:val="center"/>
            </w:pPr>
          </w:p>
        </w:tc>
        <w:tc>
          <w:tcPr>
            <w:tcW w:w="70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FFFCC72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851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3532421" w14:textId="77777777" w:rsidR="00480300" w:rsidRDefault="00480300">
            <w:r>
              <w:rPr>
                <w:rFonts w:eastAsia="Arial"/>
                <w:sz w:val="15"/>
              </w:rPr>
              <w:t>Kršćanska sadašnjost</w:t>
            </w:r>
          </w:p>
        </w:tc>
      </w:tr>
    </w:tbl>
    <w:p w14:paraId="2F2A937B" w14:textId="77777777" w:rsidR="00E842C4" w:rsidRDefault="00E842C4">
      <w:pPr>
        <w:spacing w:after="0"/>
      </w:pPr>
    </w:p>
    <w:p w14:paraId="0F68A915" w14:textId="77777777" w:rsidR="00480300" w:rsidRDefault="00480300" w:rsidP="00480300"/>
    <w:p w14:paraId="3D2B4479" w14:textId="77777777" w:rsidR="00480300" w:rsidRDefault="00480300" w:rsidP="00480300"/>
    <w:p w14:paraId="3FEEB87D" w14:textId="77777777" w:rsidR="00480300" w:rsidRDefault="00480300" w:rsidP="00480300"/>
    <w:p w14:paraId="442867C8" w14:textId="77777777" w:rsidR="00480300" w:rsidRDefault="00480300" w:rsidP="00480300"/>
    <w:p w14:paraId="5D222B5C" w14:textId="77777777" w:rsidR="00E842C4" w:rsidRPr="00480300" w:rsidRDefault="009534D7" w:rsidP="00480300">
      <w:pPr>
        <w:rPr>
          <w:sz w:val="24"/>
          <w:szCs w:val="24"/>
        </w:rPr>
      </w:pPr>
      <w:r w:rsidRPr="00480300">
        <w:rPr>
          <w:b/>
          <w:color w:val="1F4E79"/>
          <w:sz w:val="24"/>
          <w:szCs w:val="24"/>
        </w:rPr>
        <w:t>Teškoće</w:t>
      </w:r>
    </w:p>
    <w:p w14:paraId="02E6621C" w14:textId="77777777" w:rsidR="00E842C4" w:rsidRDefault="00E842C4">
      <w:pPr>
        <w:spacing w:after="140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3685"/>
        <w:gridCol w:w="1085"/>
        <w:gridCol w:w="649"/>
        <w:gridCol w:w="910"/>
      </w:tblGrid>
      <w:tr w:rsidR="00480300" w14:paraId="24EC20AF" w14:textId="77777777" w:rsidTr="00480300">
        <w:trPr>
          <w:cantSplit/>
          <w:tblHeader/>
          <w:jc w:val="center"/>
        </w:trPr>
        <w:tc>
          <w:tcPr>
            <w:tcW w:w="4535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5B4E7F0C" w14:textId="77777777" w:rsidR="00480300" w:rsidRDefault="00480300">
            <w:r>
              <w:rPr>
                <w:rFonts w:eastAsia="Arial"/>
                <w:b/>
                <w:color w:val="FFFFFF"/>
                <w:sz w:val="16"/>
              </w:rPr>
              <w:t>Naziv udžbenika</w:t>
            </w:r>
          </w:p>
        </w:tc>
        <w:tc>
          <w:tcPr>
            <w:tcW w:w="3685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D6CD603" w14:textId="77777777" w:rsidR="00480300" w:rsidRDefault="00480300">
            <w:r>
              <w:rPr>
                <w:rFonts w:eastAsia="Arial"/>
                <w:b/>
                <w:color w:val="FFFFFF"/>
                <w:sz w:val="16"/>
              </w:rPr>
              <w:t>Autori</w:t>
            </w:r>
          </w:p>
        </w:tc>
        <w:tc>
          <w:tcPr>
            <w:tcW w:w="1085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035B1C17" w14:textId="77777777" w:rsidR="00480300" w:rsidRDefault="004803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Vrsta izdanja</w:t>
            </w:r>
          </w:p>
        </w:tc>
        <w:tc>
          <w:tcPr>
            <w:tcW w:w="649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59516084" w14:textId="77777777" w:rsidR="00480300" w:rsidRDefault="004803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Razred</w:t>
            </w:r>
          </w:p>
        </w:tc>
        <w:tc>
          <w:tcPr>
            <w:tcW w:w="910" w:type="dxa"/>
            <w:shd w:val="clear" w:color="auto" w:fill="1F4E79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21F090B4" w14:textId="77777777" w:rsidR="00480300" w:rsidRDefault="00480300">
            <w:r>
              <w:rPr>
                <w:rFonts w:eastAsia="Arial"/>
                <w:b/>
                <w:color w:val="FFFFFF"/>
                <w:sz w:val="16"/>
              </w:rPr>
              <w:t>Nakladnik</w:t>
            </w:r>
          </w:p>
        </w:tc>
      </w:tr>
      <w:tr w:rsidR="00480300" w14:paraId="78F4B7AF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1AEA481" w14:textId="77777777" w:rsidR="00480300" w:rsidRDefault="00480300">
            <w:r>
              <w:rPr>
                <w:rFonts w:eastAsia="Arial"/>
                <w:sz w:val="15"/>
              </w:rPr>
              <w:t>ZLATNA VRATA 3 : integrirani radni udžbenik za pomoć u učenju hrvatskog jezika u trećem razredu osnovne škole, 1. i 2. dio s dodatnim digitalnim sadržajima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3E9B4EA" w14:textId="77777777" w:rsidR="00480300" w:rsidRDefault="00480300">
            <w:r>
              <w:rPr>
                <w:rFonts w:eastAsia="Arial"/>
                <w:sz w:val="15"/>
              </w:rPr>
              <w:t>Sonja Ivić, Marija Krmpotić, Nina Pezelj, Marija Novosel</w:t>
            </w:r>
          </w:p>
        </w:tc>
        <w:tc>
          <w:tcPr>
            <w:tcW w:w="10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7CE5CD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64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2CD347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910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562C38C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75FED7F5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F37AF01" w14:textId="77777777" w:rsidR="00480300" w:rsidRDefault="00480300">
            <w:r>
              <w:rPr>
                <w:rFonts w:eastAsia="Arial"/>
                <w:sz w:val="15"/>
              </w:rPr>
              <w:t>MOJ SRETNI BROJ 3 : radni udžbenik za pomoć u učenju matematike u trećem razredu osnovne škole s dodatnim digitalnim sadržajima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641B212" w14:textId="77777777" w:rsidR="00480300" w:rsidRDefault="00480300">
            <w:r>
              <w:rPr>
                <w:rFonts w:eastAsia="Arial"/>
                <w:sz w:val="15"/>
              </w:rPr>
              <w:t>Sanja Jakovljević Rogić, Dubravka Miklec, Graciella Prtajin</w:t>
            </w:r>
          </w:p>
        </w:tc>
        <w:tc>
          <w:tcPr>
            <w:tcW w:w="10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1594E48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64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A1CEFCE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3.</w:t>
            </w:r>
          </w:p>
        </w:tc>
        <w:tc>
          <w:tcPr>
            <w:tcW w:w="910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3288EE5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45872B91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CAFBA14" w14:textId="77777777" w:rsidR="00480300" w:rsidRDefault="00480300">
            <w:r>
              <w:rPr>
                <w:rFonts w:eastAsia="Arial"/>
                <w:sz w:val="15"/>
              </w:rPr>
              <w:t>OTKRIVAMO MATEMATIKU 4, PRVI DIO : radni udžbenik iz matematike za četvrti razred osnovne škole (za učenike kojima je određen primjereni program osnovnog odgoja i obrazovanja)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C8276A6" w14:textId="77777777" w:rsidR="00480300" w:rsidRDefault="00480300">
            <w:r>
              <w:rPr>
                <w:rFonts w:eastAsia="Arial"/>
                <w:sz w:val="15"/>
              </w:rPr>
              <w:t>Dubravka Glasnović Gracin, Gabriela Žokalj, Tanja Soucie</w:t>
            </w:r>
          </w:p>
        </w:tc>
        <w:tc>
          <w:tcPr>
            <w:tcW w:w="10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40E689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64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7CE473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910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F8FAA5A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0C1DA7C5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D9F30AA" w14:textId="77777777" w:rsidR="00480300" w:rsidRDefault="00480300">
            <w:r>
              <w:rPr>
                <w:rFonts w:eastAsia="Arial"/>
                <w:sz w:val="15"/>
              </w:rPr>
              <w:t>OTKRIVAMO MATEMATIKU 4, DRUGI DIO : radni udžbenik iz matematike za četvrti razred osnovne škole (za učenike kojima je određen primjereni program osnovnog odgoja i obrazovanja)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F1AE58B" w14:textId="77777777" w:rsidR="00480300" w:rsidRDefault="00480300">
            <w:r>
              <w:rPr>
                <w:rFonts w:eastAsia="Arial"/>
                <w:sz w:val="15"/>
              </w:rPr>
              <w:t>Dubravka Glasnović Gracin, Gabriela Žokalj, Tanja Soucie</w:t>
            </w:r>
          </w:p>
        </w:tc>
        <w:tc>
          <w:tcPr>
            <w:tcW w:w="10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5E4BBA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64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300757A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4.</w:t>
            </w:r>
          </w:p>
        </w:tc>
        <w:tc>
          <w:tcPr>
            <w:tcW w:w="910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3A78171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289E7BA7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8B9E145" w14:textId="77777777" w:rsidR="00480300" w:rsidRDefault="00480300">
            <w:r>
              <w:rPr>
                <w:rFonts w:eastAsia="Arial"/>
                <w:sz w:val="15"/>
              </w:rPr>
              <w:t>HRVATSKA ČITANKA 7 : radni udžbenik za dopunski i individualizirani rad iz hrvatskog jezika za 7. razred osnovne škole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E03F074" w14:textId="77777777" w:rsidR="00480300" w:rsidRDefault="00480300">
            <w:r>
              <w:rPr>
                <w:rFonts w:eastAsia="Arial"/>
                <w:sz w:val="15"/>
              </w:rPr>
              <w:t>Vesna Dunatov, Anita Petrić, Marija Čelan-Mijić, Ivana Šabić</w:t>
            </w:r>
          </w:p>
        </w:tc>
        <w:tc>
          <w:tcPr>
            <w:tcW w:w="10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82C6A8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64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B00B05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910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478C808" w14:textId="77777777" w:rsidR="00480300" w:rsidRDefault="00480300">
            <w:r>
              <w:rPr>
                <w:rFonts w:eastAsia="Arial"/>
                <w:sz w:val="15"/>
              </w:rPr>
              <w:t>Naklada Ljevak</w:t>
            </w:r>
          </w:p>
        </w:tc>
      </w:tr>
      <w:tr w:rsidR="00480300" w14:paraId="55A4E933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2FA779A" w14:textId="77777777" w:rsidR="00480300" w:rsidRDefault="00480300">
            <w:r>
              <w:rPr>
                <w:rFonts w:eastAsia="Arial"/>
                <w:sz w:val="15"/>
              </w:rPr>
              <w:t>HRVATSKA KRIJESNICA 7 : radni udžbenik za dopunski i individualizirani rad iz hrvatskog jezika za 7.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DCB4927" w14:textId="77777777" w:rsidR="00480300" w:rsidRDefault="00480300">
            <w:r>
              <w:rPr>
                <w:rFonts w:eastAsia="Arial"/>
                <w:sz w:val="15"/>
              </w:rPr>
              <w:t>Vesna Dunatov, Anita Petrić, Marija Čelan-Mijić, Ivana Šabić</w:t>
            </w:r>
          </w:p>
        </w:tc>
        <w:tc>
          <w:tcPr>
            <w:tcW w:w="10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AC240D3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64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93DA87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910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D74671F" w14:textId="77777777" w:rsidR="00480300" w:rsidRDefault="00480300">
            <w:r>
              <w:rPr>
                <w:rFonts w:eastAsia="Arial"/>
                <w:sz w:val="15"/>
              </w:rPr>
              <w:t>Naklada Ljevak</w:t>
            </w:r>
          </w:p>
        </w:tc>
      </w:tr>
      <w:tr w:rsidR="00480300" w14:paraId="19AC02EF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2933AAC" w14:textId="77777777" w:rsidR="00480300" w:rsidRDefault="00480300">
            <w:r>
              <w:rPr>
                <w:rFonts w:eastAsia="Arial"/>
                <w:sz w:val="15"/>
              </w:rPr>
              <w:t>MATEMATIČKI IZAZOVI 7 : udžbenik sa zadatcima za vježbanje iz matematike za sedmi razred osnovne škole (za učenike kojima je određen primjereni program osnovnog odgoja i obrazovanja)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53E9699" w14:textId="77777777" w:rsidR="00480300" w:rsidRDefault="00480300">
            <w:r>
              <w:rPr>
                <w:rFonts w:eastAsia="Arial"/>
                <w:sz w:val="15"/>
              </w:rPr>
              <w:t>Gordana Paić, Željko Bošnjak, Boris Čulina, Niko Grgić</w:t>
            </w:r>
          </w:p>
        </w:tc>
        <w:tc>
          <w:tcPr>
            <w:tcW w:w="10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D245BA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udžbenik</w:t>
            </w:r>
          </w:p>
        </w:tc>
        <w:tc>
          <w:tcPr>
            <w:tcW w:w="64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6DDCB7F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910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5D4A433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67FCE3CF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6F94C75" w14:textId="77777777" w:rsidR="00480300" w:rsidRDefault="00480300">
            <w:r>
              <w:rPr>
                <w:rFonts w:eastAsia="Arial"/>
                <w:sz w:val="15"/>
              </w:rPr>
              <w:t>FIZIKA OKO NAS 7 : udžbenik iz fizike za pomoć u učenju u sedmom razredu OŠ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4F72933" w14:textId="77777777" w:rsidR="00480300" w:rsidRDefault="00480300">
            <w:r>
              <w:rPr>
                <w:rFonts w:eastAsia="Arial"/>
                <w:sz w:val="15"/>
              </w:rPr>
              <w:t>Sanja Martinko, Tanja Ćulibrk</w:t>
            </w:r>
          </w:p>
        </w:tc>
        <w:tc>
          <w:tcPr>
            <w:tcW w:w="10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8F47DBE" w14:textId="77777777" w:rsidR="00480300" w:rsidRDefault="00480300">
            <w:pPr>
              <w:jc w:val="center"/>
            </w:pPr>
          </w:p>
        </w:tc>
        <w:tc>
          <w:tcPr>
            <w:tcW w:w="64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688B14C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7.</w:t>
            </w:r>
          </w:p>
        </w:tc>
        <w:tc>
          <w:tcPr>
            <w:tcW w:w="910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5069132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56CE7CD3" w14:textId="77777777" w:rsidTr="00480300">
        <w:trPr>
          <w:cantSplit/>
          <w:trHeight w:val="607"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BBC6253" w14:textId="77777777" w:rsidR="00480300" w:rsidRDefault="00480300">
            <w:r>
              <w:rPr>
                <w:rFonts w:eastAsia="Arial"/>
                <w:sz w:val="15"/>
              </w:rPr>
              <w:t>BIOLOGIJA 8 : radni udžbenik iz biologije za osmi razred osnovne škole (za učenike kojima je određen primjereni program osnovnog odgoja i obrazovanja)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514FA19" w14:textId="77777777" w:rsidR="00480300" w:rsidRDefault="00480300">
            <w:r>
              <w:rPr>
                <w:rFonts w:eastAsia="Arial"/>
                <w:sz w:val="15"/>
              </w:rPr>
              <w:t>Valerija Begić, Marijana Bastić, Julijana Madaj Prpić, Ana Bakarić</w:t>
            </w:r>
          </w:p>
        </w:tc>
        <w:tc>
          <w:tcPr>
            <w:tcW w:w="10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0CB52F3" w14:textId="77777777" w:rsidR="00480300" w:rsidRDefault="00480300">
            <w:pPr>
              <w:jc w:val="center"/>
            </w:pPr>
          </w:p>
        </w:tc>
        <w:tc>
          <w:tcPr>
            <w:tcW w:w="64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339DAC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910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D8B5F29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2B93B52D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A979370" w14:textId="77777777" w:rsidR="00480300" w:rsidRDefault="00480300">
            <w:r>
              <w:rPr>
                <w:rFonts w:eastAsia="Arial"/>
                <w:sz w:val="15"/>
              </w:rPr>
              <w:t>KEMIJA 8 : radni udžbenik iz kemije za osmi razred osnovne škole (za učenike kojima je određen primjereni program osnovnog odgoja i obrazovanja)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4001DAF" w14:textId="77777777" w:rsidR="00480300" w:rsidRDefault="00480300">
            <w:r>
              <w:rPr>
                <w:rFonts w:eastAsia="Arial"/>
                <w:sz w:val="15"/>
              </w:rPr>
              <w:t>Mirela Mamić, Veronika Peradinović, Nikolina Ribarić</w:t>
            </w:r>
          </w:p>
        </w:tc>
        <w:tc>
          <w:tcPr>
            <w:tcW w:w="10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37F8EEE" w14:textId="77777777" w:rsidR="00480300" w:rsidRDefault="00480300">
            <w:pPr>
              <w:jc w:val="center"/>
            </w:pPr>
          </w:p>
        </w:tc>
        <w:tc>
          <w:tcPr>
            <w:tcW w:w="64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F9AF775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910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71429C9" w14:textId="77777777" w:rsidR="00480300" w:rsidRDefault="00480300">
            <w:r>
              <w:rPr>
                <w:rFonts w:eastAsia="Arial"/>
                <w:sz w:val="15"/>
              </w:rPr>
              <w:t>Alfa</w:t>
            </w:r>
          </w:p>
        </w:tc>
      </w:tr>
      <w:tr w:rsidR="00480300" w14:paraId="13CEDEF0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C9A38D1" w14:textId="77777777" w:rsidR="00480300" w:rsidRDefault="00480300">
            <w:r>
              <w:rPr>
                <w:rFonts w:eastAsia="Arial"/>
                <w:sz w:val="15"/>
              </w:rPr>
              <w:t>FIZIKA OKO NAS 8 : udžbenik iz fizike za pomoć u učenju u osmom razredu OŠ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3828FFB" w14:textId="77777777" w:rsidR="00480300" w:rsidRDefault="00480300">
            <w:r>
              <w:rPr>
                <w:rFonts w:eastAsia="Arial"/>
                <w:sz w:val="15"/>
              </w:rPr>
              <w:t>Sanja Martinko, Tanja Ćulibrk</w:t>
            </w:r>
          </w:p>
        </w:tc>
        <w:tc>
          <w:tcPr>
            <w:tcW w:w="10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2DA52CB" w14:textId="77777777" w:rsidR="00480300" w:rsidRDefault="00480300">
            <w:pPr>
              <w:jc w:val="center"/>
            </w:pPr>
          </w:p>
        </w:tc>
        <w:tc>
          <w:tcPr>
            <w:tcW w:w="64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CA721F1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910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2CDFF7A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  <w:tr w:rsidR="00480300" w14:paraId="57D5CAE4" w14:textId="77777777" w:rsidTr="00480300">
        <w:trPr>
          <w:cantSplit/>
          <w:jc w:val="center"/>
        </w:trPr>
        <w:tc>
          <w:tcPr>
            <w:tcW w:w="453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24B5B15" w14:textId="77777777" w:rsidR="00480300" w:rsidRDefault="00480300">
            <w:r>
              <w:rPr>
                <w:rFonts w:eastAsia="Arial"/>
                <w:sz w:val="15"/>
              </w:rPr>
              <w:t>MOJA NAJDRAŽA GEOGRAFIJA 8 : udžbenik za 8. razred osnovne škole</w:t>
            </w:r>
          </w:p>
        </w:tc>
        <w:tc>
          <w:tcPr>
            <w:tcW w:w="36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FF1E975" w14:textId="77777777" w:rsidR="00480300" w:rsidRDefault="00480300">
            <w:r>
              <w:rPr>
                <w:rFonts w:eastAsia="Arial"/>
                <w:sz w:val="15"/>
              </w:rPr>
              <w:t>Nina Gecan, Robert Žagar, Mara Modrić</w:t>
            </w:r>
          </w:p>
        </w:tc>
        <w:tc>
          <w:tcPr>
            <w:tcW w:w="1085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E95E328" w14:textId="77777777" w:rsidR="00480300" w:rsidRDefault="00480300">
            <w:pPr>
              <w:jc w:val="center"/>
            </w:pPr>
          </w:p>
        </w:tc>
        <w:tc>
          <w:tcPr>
            <w:tcW w:w="649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738421B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910" w:type="dxa"/>
            <w:shd w:val="clear" w:color="auto" w:fill="F8FAFC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44CF813" w14:textId="77777777" w:rsidR="00480300" w:rsidRDefault="00480300">
            <w:r>
              <w:rPr>
                <w:rFonts w:eastAsia="Arial"/>
                <w:sz w:val="15"/>
              </w:rPr>
              <w:t>Alka script</w:t>
            </w:r>
          </w:p>
        </w:tc>
      </w:tr>
      <w:tr w:rsidR="00480300" w14:paraId="03DA890B" w14:textId="77777777" w:rsidTr="00480300">
        <w:trPr>
          <w:cantSplit/>
          <w:jc w:val="center"/>
        </w:trPr>
        <w:tc>
          <w:tcPr>
            <w:tcW w:w="453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FD56C70" w14:textId="77777777" w:rsidR="00480300" w:rsidRDefault="00480300">
            <w:r>
              <w:rPr>
                <w:rFonts w:eastAsia="Arial"/>
                <w:sz w:val="15"/>
              </w:rPr>
              <w:t>KLIO 8 : udžbenik za pomoć u učenju povijesti u osmom razredu osnovne škole s dodatnim digitalnim sadržajima</w:t>
            </w:r>
          </w:p>
        </w:tc>
        <w:tc>
          <w:tcPr>
            <w:tcW w:w="36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9ADD5D5" w14:textId="77777777" w:rsidR="00480300" w:rsidRDefault="00480300">
            <w:r>
              <w:rPr>
                <w:rFonts w:eastAsia="Arial"/>
                <w:sz w:val="15"/>
              </w:rPr>
              <w:t>Krešimir Erdelja, Igor Stojaković</w:t>
            </w:r>
          </w:p>
        </w:tc>
        <w:tc>
          <w:tcPr>
            <w:tcW w:w="1085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CF141B8" w14:textId="77777777" w:rsidR="00480300" w:rsidRDefault="00480300">
            <w:pPr>
              <w:jc w:val="center"/>
            </w:pPr>
          </w:p>
        </w:tc>
        <w:tc>
          <w:tcPr>
            <w:tcW w:w="649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E72F4B3" w14:textId="77777777" w:rsidR="00480300" w:rsidRDefault="00480300">
            <w:pPr>
              <w:jc w:val="center"/>
            </w:pPr>
            <w:r>
              <w:rPr>
                <w:rFonts w:eastAsia="Arial"/>
                <w:sz w:val="15"/>
              </w:rPr>
              <w:t>8.</w:t>
            </w:r>
          </w:p>
        </w:tc>
        <w:tc>
          <w:tcPr>
            <w:tcW w:w="910" w:type="dxa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B227475" w14:textId="77777777" w:rsidR="00480300" w:rsidRDefault="00480300">
            <w:r>
              <w:rPr>
                <w:rFonts w:eastAsia="Arial"/>
                <w:sz w:val="15"/>
              </w:rPr>
              <w:t>Školska knjiga</w:t>
            </w:r>
          </w:p>
        </w:tc>
      </w:tr>
    </w:tbl>
    <w:p w14:paraId="71C82AFB" w14:textId="77777777" w:rsidR="00E842C4" w:rsidRPr="00480300" w:rsidRDefault="00E842C4">
      <w:pPr>
        <w:spacing w:after="0"/>
        <w:rPr>
          <w:rFonts w:asciiTheme="majorHAnsi" w:hAnsiTheme="majorHAnsi"/>
          <w:sz w:val="24"/>
          <w:szCs w:val="24"/>
        </w:rPr>
      </w:pPr>
    </w:p>
    <w:p w14:paraId="2725E409" w14:textId="77777777" w:rsidR="00480300" w:rsidRPr="00480300" w:rsidRDefault="00480300" w:rsidP="00480300">
      <w:pPr>
        <w:pStyle w:val="BodyText"/>
        <w:ind w:left="9" w:right="9"/>
        <w:jc w:val="center"/>
        <w:rPr>
          <w:rFonts w:asciiTheme="majorHAnsi" w:hAnsiTheme="majorHAnsi"/>
          <w:sz w:val="24"/>
          <w:szCs w:val="24"/>
        </w:rPr>
      </w:pPr>
      <w:r w:rsidRPr="00480300">
        <w:rPr>
          <w:rFonts w:asciiTheme="majorHAnsi" w:hAnsiTheme="majorHAnsi"/>
          <w:spacing w:val="-4"/>
          <w:sz w:val="24"/>
          <w:szCs w:val="24"/>
        </w:rPr>
        <w:t>Članak</w:t>
      </w:r>
      <w:r w:rsidRPr="0048030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480300">
        <w:rPr>
          <w:rFonts w:asciiTheme="majorHAnsi" w:hAnsiTheme="majorHAnsi"/>
          <w:spacing w:val="-5"/>
          <w:sz w:val="24"/>
          <w:szCs w:val="24"/>
        </w:rPr>
        <w:t>2.</w:t>
      </w:r>
    </w:p>
    <w:p w14:paraId="73A9E2B1" w14:textId="77777777" w:rsidR="00480300" w:rsidRPr="00480300" w:rsidRDefault="00480300" w:rsidP="00480300">
      <w:pPr>
        <w:pStyle w:val="BodyText"/>
        <w:spacing w:before="191" w:line="273" w:lineRule="auto"/>
        <w:ind w:left="142"/>
        <w:rPr>
          <w:rFonts w:asciiTheme="majorHAnsi" w:hAnsiTheme="majorHAnsi"/>
          <w:sz w:val="24"/>
          <w:szCs w:val="24"/>
        </w:rPr>
      </w:pPr>
      <w:r w:rsidRPr="00480300">
        <w:rPr>
          <w:rFonts w:asciiTheme="majorHAnsi" w:hAnsiTheme="majorHAnsi"/>
          <w:sz w:val="24"/>
          <w:szCs w:val="24"/>
        </w:rPr>
        <w:t>Ova Odluka o konačnoj listi odabranih udžbenika prema odabiru stručnih aktiva u školi za</w:t>
      </w:r>
      <w:r w:rsidRPr="00480300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0Š kneza Branimira stupa na snagu danom objave na oglasnoj ploči škole.</w:t>
      </w:r>
      <w:bookmarkStart w:id="1" w:name="_GoBack"/>
      <w:bookmarkEnd w:id="1"/>
    </w:p>
    <w:p w14:paraId="576A8DB2" w14:textId="77777777" w:rsidR="00480300" w:rsidRPr="00480300" w:rsidRDefault="00480300" w:rsidP="00480300">
      <w:pPr>
        <w:pStyle w:val="BodyText"/>
        <w:spacing w:before="158"/>
        <w:ind w:right="333"/>
        <w:jc w:val="right"/>
        <w:rPr>
          <w:rFonts w:asciiTheme="majorHAnsi" w:hAnsiTheme="majorHAnsi"/>
          <w:sz w:val="24"/>
          <w:szCs w:val="24"/>
        </w:rPr>
      </w:pPr>
      <w:r w:rsidRPr="00480300">
        <w:rPr>
          <w:rFonts w:asciiTheme="majorHAnsi" w:hAnsiTheme="majorHAnsi"/>
          <w:spacing w:val="-2"/>
          <w:sz w:val="24"/>
          <w:szCs w:val="24"/>
        </w:rPr>
        <w:t>Ravnateljica:</w:t>
      </w:r>
    </w:p>
    <w:p w14:paraId="2DCAC6FF" w14:textId="77777777" w:rsidR="00480300" w:rsidRPr="00480300" w:rsidRDefault="00480300" w:rsidP="00480300">
      <w:pPr>
        <w:spacing w:before="195"/>
        <w:ind w:right="169"/>
        <w:jc w:val="right"/>
        <w:rPr>
          <w:rFonts w:asciiTheme="majorHAnsi" w:hAnsiTheme="majorHAnsi"/>
          <w:sz w:val="24"/>
          <w:szCs w:val="24"/>
        </w:rPr>
      </w:pPr>
      <w:r w:rsidRPr="00480300">
        <w:rPr>
          <w:rFonts w:asciiTheme="majorHAnsi" w:hAnsiTheme="majorHAnsi"/>
          <w:sz w:val="24"/>
          <w:szCs w:val="24"/>
        </w:rPr>
        <w:t>Nikolina</w:t>
      </w:r>
      <w:r w:rsidRPr="00480300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480300">
        <w:rPr>
          <w:rFonts w:asciiTheme="majorHAnsi" w:hAnsiTheme="majorHAnsi"/>
          <w:sz w:val="24"/>
          <w:szCs w:val="24"/>
        </w:rPr>
        <w:t>Tičinović,</w:t>
      </w:r>
      <w:r w:rsidRPr="00480300">
        <w:rPr>
          <w:rFonts w:asciiTheme="majorHAnsi" w:hAnsiTheme="majorHAnsi"/>
          <w:spacing w:val="-4"/>
          <w:sz w:val="24"/>
          <w:szCs w:val="24"/>
        </w:rPr>
        <w:t xml:space="preserve"> prof.</w:t>
      </w:r>
    </w:p>
    <w:p w14:paraId="5740FC9A" w14:textId="77777777" w:rsidR="00480300" w:rsidRPr="00480300" w:rsidRDefault="00480300">
      <w:pPr>
        <w:spacing w:after="0"/>
        <w:rPr>
          <w:rFonts w:asciiTheme="majorHAnsi" w:hAnsiTheme="majorHAnsi"/>
          <w:sz w:val="24"/>
          <w:szCs w:val="24"/>
        </w:rPr>
      </w:pPr>
    </w:p>
    <w:sectPr w:rsidR="00480300" w:rsidRPr="00480300" w:rsidSect="00480300">
      <w:footerReference w:type="default" r:id="rId10"/>
      <w:pgSz w:w="12240" w:h="15840"/>
      <w:pgMar w:top="624" w:right="652" w:bottom="624" w:left="652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F64789" w14:textId="77777777" w:rsidR="009534D7" w:rsidRDefault="009534D7">
      <w:pPr>
        <w:spacing w:after="0" w:line="240" w:lineRule="auto"/>
      </w:pPr>
      <w:r>
        <w:separator/>
      </w:r>
    </w:p>
  </w:endnote>
  <w:endnote w:type="continuationSeparator" w:id="0">
    <w:p w14:paraId="6F83BF86" w14:textId="77777777" w:rsidR="009534D7" w:rsidRDefault="00953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ourier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C15E2" w14:textId="77777777" w:rsidR="00E842C4" w:rsidRDefault="00E842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36233" w14:textId="77777777" w:rsidR="009534D7" w:rsidRDefault="009534D7">
      <w:pPr>
        <w:spacing w:after="0" w:line="240" w:lineRule="auto"/>
      </w:pPr>
      <w:r>
        <w:separator/>
      </w:r>
    </w:p>
  </w:footnote>
  <w:footnote w:type="continuationSeparator" w:id="0">
    <w:p w14:paraId="443BB5A9" w14:textId="77777777" w:rsidR="009534D7" w:rsidRDefault="00953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2B59"/>
    <w:rsid w:val="00480300"/>
    <w:rsid w:val="009534D7"/>
    <w:rsid w:val="00AA1D8D"/>
    <w:rsid w:val="00B47730"/>
    <w:rsid w:val="00CB0664"/>
    <w:rsid w:val="00E842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D8076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6A9567-BEFF-104D-B2A1-7F4D2C2E0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3173</Words>
  <Characters>18088</Characters>
  <Application>Microsoft Macintosh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21219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Tablice udžbenika 2026./27. – bez cijene, mase i količine</dc:title>
  <dc:subject>Razredna nastava, predmetna nastava i udžbenici za učenike s teškoćama</dc:subject>
  <dc:creator>OŠ kneza Branimira</dc:creator>
  <cp:keywords/>
  <dc:description>generated by python-docx</dc:description>
  <cp:lastModifiedBy>Microsoft Office User</cp:lastModifiedBy>
  <cp:revision>2</cp:revision>
  <dcterms:created xsi:type="dcterms:W3CDTF">2026-08-21T00:04:00Z</dcterms:created>
  <dcterms:modified xsi:type="dcterms:W3CDTF">2026-08-21T00:04:00Z</dcterms:modified>
  <cp:category/>
</cp:coreProperties>
</file>