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38235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2FC6E1F4" w14:textId="77777777" w:rsidR="00480300" w:rsidRDefault="00480300" w:rsidP="004803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bookmarkStart w:id="0" w:name="_Hlk213316514"/>
      <w:r>
        <w:rPr>
          <w:noProof/>
          <w:sz w:val="24"/>
          <w:szCs w:val="24"/>
          <w:lang w:val="en-GB" w:eastAsia="en-GB"/>
        </w:rPr>
        <w:drawing>
          <wp:inline distT="0" distB="0" distL="0" distR="0" wp14:anchorId="2B5A7E46" wp14:editId="49AB0631">
            <wp:extent cx="476250" cy="561975"/>
            <wp:effectExtent l="0" t="0" r="0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0"/>
        <w:gridCol w:w="3069"/>
      </w:tblGrid>
      <w:tr w:rsidR="00480300" w14:paraId="2B50B91B" w14:textId="77777777" w:rsidTr="00480300">
        <w:trPr>
          <w:trHeight w:val="1752"/>
        </w:trPr>
        <w:tc>
          <w:tcPr>
            <w:tcW w:w="7270" w:type="dxa"/>
            <w:hideMark/>
          </w:tcPr>
          <w:p w14:paraId="7BD7180B" w14:textId="77777777" w:rsidR="00480300" w:rsidRDefault="00480300" w:rsidP="00194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  <w:p w14:paraId="05C24600" w14:textId="77777777" w:rsidR="00480300" w:rsidRDefault="00480300" w:rsidP="00194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KNEZA BRANIMIRA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Donji Muć 218, 21203 Donji Muć                                                                                             KLASA: 602-08/26-01/1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2181-300-26-1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14:paraId="090425FA" w14:textId="77777777" w:rsidR="00480300" w:rsidRDefault="00480300" w:rsidP="001942BA">
            <w:pPr>
              <w:tabs>
                <w:tab w:val="right" w:pos="61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Donji Muć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6. 2026. godine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69" w:type="dxa"/>
            <w:hideMark/>
          </w:tcPr>
          <w:p w14:paraId="7F318F3B" w14:textId="77777777" w:rsidR="00480300" w:rsidRDefault="00480300" w:rsidP="001942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1195992" wp14:editId="048E12BB">
                  <wp:extent cx="933580" cy="933580"/>
                  <wp:effectExtent l="0" t="0" r="0" b="0"/>
                  <wp:docPr id="2" name="Picture 2" descr="Slika na kojoj se prikazuje uzorak, tekst, šav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2D9FF39" w14:textId="77777777" w:rsidR="00480300" w:rsidRDefault="00480300" w:rsidP="00480300"/>
    <w:p w14:paraId="10211350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5FEEA33A" w14:textId="77777777" w:rsidR="00480300" w:rsidRPr="00480300" w:rsidRDefault="00480300">
      <w:pPr>
        <w:spacing w:after="60"/>
        <w:rPr>
          <w:rFonts w:asciiTheme="majorHAnsi" w:hAnsiTheme="majorHAnsi"/>
          <w:b/>
          <w:color w:val="1F4E79"/>
          <w:sz w:val="30"/>
        </w:rPr>
      </w:pPr>
    </w:p>
    <w:p w14:paraId="60F8C6A1" w14:textId="77777777" w:rsidR="00480300" w:rsidRPr="00480300" w:rsidRDefault="00480300" w:rsidP="00480300">
      <w:pPr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Na temelju</w:t>
      </w:r>
      <w:r w:rsidRPr="0048030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članka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10. Odluke</w:t>
      </w:r>
      <w:r w:rsidRPr="00480300">
        <w:rPr>
          <w:rFonts w:asciiTheme="majorHAnsi" w:hAnsiTheme="majorHAnsi"/>
          <w:spacing w:val="34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 proglašenju</w:t>
      </w:r>
      <w:r w:rsidRPr="0048030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Zakona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udžbenicima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i drugim</w:t>
      </w:r>
      <w:r w:rsidRPr="00480300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obrazovnim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materijalima za osnovnu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i srednju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školu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(NN 116/2018),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ravnateljica</w:t>
      </w:r>
      <w:r w:rsidRPr="00480300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Osnovne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škole k</w:t>
      </w:r>
      <w:r w:rsidRPr="00480300">
        <w:rPr>
          <w:rFonts w:asciiTheme="majorHAnsi" w:hAnsiTheme="majorHAnsi"/>
          <w:sz w:val="24"/>
          <w:szCs w:val="24"/>
        </w:rPr>
        <w:t>neza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Branimira,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Donji Muć, Nikolina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Tičinović, prof. uz prethodnu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suglasnost i prema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odabiru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stručnih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aktiva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u školi dana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30.</w:t>
      </w:r>
      <w:r w:rsidRPr="00480300">
        <w:rPr>
          <w:rFonts w:asciiTheme="majorHAnsi" w:hAnsiTheme="majorHAnsi"/>
          <w:spacing w:val="36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6. 2026</w:t>
      </w:r>
      <w:r w:rsidRPr="00480300">
        <w:rPr>
          <w:rFonts w:asciiTheme="majorHAnsi" w:hAnsiTheme="majorHAnsi"/>
          <w:sz w:val="24"/>
          <w:szCs w:val="24"/>
        </w:rPr>
        <w:t>. godine donosi</w:t>
      </w:r>
    </w:p>
    <w:p w14:paraId="42E8F12B" w14:textId="77777777" w:rsidR="00480300" w:rsidRPr="00480300" w:rsidRDefault="00480300" w:rsidP="00480300">
      <w:pPr>
        <w:jc w:val="center"/>
        <w:rPr>
          <w:rFonts w:asciiTheme="majorHAnsi" w:hAnsiTheme="majorHAnsi"/>
          <w:b/>
          <w:sz w:val="32"/>
          <w:szCs w:val="32"/>
        </w:rPr>
      </w:pPr>
      <w:r w:rsidRPr="00480300">
        <w:rPr>
          <w:rFonts w:asciiTheme="majorHAnsi" w:hAnsiTheme="majorHAnsi"/>
          <w:b/>
          <w:spacing w:val="-2"/>
          <w:sz w:val="32"/>
          <w:szCs w:val="32"/>
        </w:rPr>
        <w:t>ODLUKU</w:t>
      </w:r>
    </w:p>
    <w:p w14:paraId="7D78E0EC" w14:textId="0B27EFAB" w:rsidR="00480300" w:rsidRPr="00480300" w:rsidRDefault="00480300" w:rsidP="00480300">
      <w:pPr>
        <w:jc w:val="center"/>
        <w:rPr>
          <w:rFonts w:asciiTheme="majorHAnsi" w:hAnsiTheme="majorHAnsi"/>
        </w:rPr>
      </w:pPr>
      <w:r w:rsidRPr="00480300">
        <w:rPr>
          <w:rFonts w:asciiTheme="majorHAnsi" w:hAnsiTheme="majorHAnsi"/>
          <w:b/>
          <w:sz w:val="32"/>
          <w:szCs w:val="32"/>
        </w:rPr>
        <w:t>o</w:t>
      </w:r>
      <w:r w:rsidRPr="00480300">
        <w:rPr>
          <w:rFonts w:asciiTheme="majorHAnsi" w:hAnsiTheme="majorHAnsi"/>
          <w:b/>
          <w:spacing w:val="10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odabiru</w:t>
      </w:r>
      <w:r w:rsidRPr="00480300">
        <w:rPr>
          <w:rFonts w:asciiTheme="majorHAnsi" w:hAnsiTheme="majorHAnsi"/>
          <w:b/>
          <w:spacing w:val="34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udžbenika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za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školsku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godinu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="001B4DC9">
        <w:rPr>
          <w:rFonts w:asciiTheme="majorHAnsi" w:hAnsiTheme="majorHAnsi"/>
          <w:b/>
          <w:spacing w:val="-2"/>
          <w:sz w:val="32"/>
          <w:szCs w:val="32"/>
        </w:rPr>
        <w:t>2026./2027</w:t>
      </w:r>
      <w:bookmarkStart w:id="1" w:name="_GoBack"/>
      <w:bookmarkEnd w:id="1"/>
      <w:r w:rsidRPr="00480300">
        <w:rPr>
          <w:rFonts w:asciiTheme="majorHAnsi" w:hAnsiTheme="majorHAnsi"/>
          <w:b/>
          <w:spacing w:val="-2"/>
          <w:sz w:val="32"/>
          <w:szCs w:val="32"/>
        </w:rPr>
        <w:t>.</w:t>
      </w:r>
    </w:p>
    <w:p w14:paraId="2159C9ED" w14:textId="77777777" w:rsidR="00480300" w:rsidRPr="00480300" w:rsidRDefault="00480300" w:rsidP="00480300">
      <w:pPr>
        <w:jc w:val="center"/>
        <w:rPr>
          <w:rFonts w:asciiTheme="majorHAnsi" w:hAnsiTheme="majorHAnsi"/>
          <w:sz w:val="24"/>
        </w:rPr>
      </w:pPr>
      <w:r w:rsidRPr="00480300">
        <w:rPr>
          <w:rFonts w:asciiTheme="majorHAnsi" w:hAnsiTheme="majorHAnsi"/>
          <w:spacing w:val="-2"/>
          <w:sz w:val="24"/>
        </w:rPr>
        <w:t>Članak. 1</w:t>
      </w:r>
    </w:p>
    <w:p w14:paraId="0CA45D3F" w14:textId="77777777" w:rsidR="00480300" w:rsidRPr="00480300" w:rsidRDefault="00480300" w:rsidP="00480300">
      <w:pPr>
        <w:rPr>
          <w:rFonts w:asciiTheme="majorHAnsi" w:hAnsiTheme="majorHAnsi"/>
          <w:sz w:val="24"/>
        </w:rPr>
      </w:pPr>
      <w:r w:rsidRPr="00480300">
        <w:rPr>
          <w:rFonts w:asciiTheme="majorHAnsi" w:hAnsiTheme="majorHAnsi"/>
          <w:sz w:val="24"/>
        </w:rPr>
        <w:t>U</w:t>
      </w:r>
      <w:r w:rsidRPr="00480300">
        <w:rPr>
          <w:rFonts w:asciiTheme="majorHAnsi" w:hAnsiTheme="majorHAnsi"/>
          <w:spacing w:val="2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konačnoj</w:t>
      </w:r>
      <w:r w:rsidRPr="00480300">
        <w:rPr>
          <w:rFonts w:asciiTheme="majorHAnsi" w:hAnsiTheme="majorHAnsi"/>
          <w:spacing w:val="-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listi</w:t>
      </w:r>
      <w:r w:rsidRPr="00480300">
        <w:rPr>
          <w:rFonts w:asciiTheme="majorHAnsi" w:hAnsiTheme="majorHAnsi"/>
          <w:spacing w:val="-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odabranih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udžbenika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prema odabiru stručnih aktiva</w:t>
      </w:r>
      <w:r w:rsidRPr="00480300">
        <w:rPr>
          <w:rFonts w:asciiTheme="majorHAnsi" w:hAnsiTheme="majorHAnsi"/>
          <w:spacing w:val="-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 školi za Osnovnu školu kneza</w:t>
      </w:r>
      <w:r w:rsidRPr="00480300">
        <w:rPr>
          <w:rFonts w:asciiTheme="majorHAnsi" w:hAnsiTheme="majorHAnsi"/>
          <w:spacing w:val="-9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Branimira,</w:t>
      </w:r>
      <w:r w:rsidRPr="00480300">
        <w:rPr>
          <w:rFonts w:asciiTheme="majorHAnsi" w:hAnsiTheme="majorHAnsi"/>
          <w:spacing w:val="-12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Donji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Muć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nalaze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se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sljedeći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udžbenici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za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učenike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od</w:t>
      </w:r>
      <w:r w:rsidRPr="00480300">
        <w:rPr>
          <w:rFonts w:asciiTheme="majorHAnsi" w:hAnsiTheme="majorHAnsi"/>
          <w:spacing w:val="-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1.</w:t>
      </w:r>
      <w:r w:rsidRPr="00480300">
        <w:rPr>
          <w:rFonts w:asciiTheme="majorHAnsi" w:hAnsiTheme="majorHAnsi"/>
          <w:spacing w:val="-12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razreda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do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 xml:space="preserve">8. razreda Osnovne škole </w:t>
      </w:r>
      <w:r>
        <w:rPr>
          <w:rFonts w:asciiTheme="majorHAnsi" w:hAnsiTheme="majorHAnsi"/>
          <w:sz w:val="24"/>
        </w:rPr>
        <w:t xml:space="preserve">kneza Branimira </w:t>
      </w:r>
    </w:p>
    <w:p w14:paraId="1899ECB1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6419FB9E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53D6DAE0" w14:textId="77777777" w:rsidR="00E842C4" w:rsidRPr="00480300" w:rsidRDefault="009534D7">
      <w:pPr>
        <w:spacing w:after="60"/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Razredna nastava</w:t>
      </w:r>
    </w:p>
    <w:p w14:paraId="7497B497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1015"/>
        <w:gridCol w:w="567"/>
        <w:gridCol w:w="709"/>
      </w:tblGrid>
      <w:tr w:rsidR="00480300" w14:paraId="51C941BF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AF7F04D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4CAA619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101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D52C4C1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567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B52F861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70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90F7A08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109B670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EC291C" w14:textId="77777777" w:rsidR="00480300" w:rsidRDefault="00480300">
            <w:r>
              <w:rPr>
                <w:rFonts w:eastAsia="Arial"/>
                <w:sz w:val="15"/>
              </w:rPr>
              <w:t>ŠKRINJICA SLOVA I RIJEČI 1, PRVI DIO : integrirani radni udžbenik iz hrvatskoga jezika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F1E026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310E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13EDE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9AAAE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8A8A97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CBCB09" w14:textId="77777777" w:rsidR="00480300" w:rsidRDefault="00480300">
            <w:r>
              <w:rPr>
                <w:rFonts w:eastAsia="Arial"/>
                <w:sz w:val="15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38F629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4826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07A6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9CC11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C43F2A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97AC5E0" w14:textId="77777777" w:rsidR="00480300" w:rsidRDefault="00480300">
            <w:r>
              <w:rPr>
                <w:rFonts w:eastAsia="Arial"/>
                <w:sz w:val="15"/>
              </w:rPr>
              <w:t>PČELICA 1, POČETNICA 1. DIO : početnica hrvatskoga jezika s dodatnim digitalnim sadržajima u prvom razredu osnovne škole, 1. dio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05F552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A127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A77211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73E4E0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EB40CD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C0CC88" w14:textId="77777777" w:rsidR="00480300" w:rsidRDefault="00480300">
            <w:r>
              <w:rPr>
                <w:rFonts w:eastAsia="Arial"/>
                <w:sz w:val="15"/>
              </w:rPr>
              <w:t>PČELICA 1, POČETNICA 2. DIO : početnica hrvatskoga jezika s dodatnim digitalnim sadržajima u prvom razredu osnovne škole, 2. dio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0734B69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20B1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5935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6AA7CB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5C611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5D2B69" w14:textId="77777777" w:rsidR="00480300" w:rsidRDefault="00480300">
            <w:r>
              <w:rPr>
                <w:rFonts w:eastAsia="Arial"/>
                <w:sz w:val="15"/>
              </w:rPr>
              <w:t>NEW BUILDING BLOCKS 1 : udžbenik engleskog jezika za prvi razred osnovne škole, prva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57216D" w14:textId="77777777" w:rsidR="00480300" w:rsidRDefault="00480300">
            <w:r>
              <w:rPr>
                <w:rFonts w:eastAsia="Arial"/>
                <w:sz w:val="15"/>
              </w:rPr>
              <w:t>Kristina Čajo Anđel, Daška Domljan, Ankica Knezović, Danka Singer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AA3AF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A53D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2C5F99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39B98A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06DBBA" w14:textId="77777777" w:rsidR="00480300" w:rsidRDefault="00480300">
            <w:r>
              <w:rPr>
                <w:rFonts w:eastAsia="Arial"/>
                <w:sz w:val="15"/>
              </w:rPr>
              <w:t>OTKRIVAMO MATEMATIKU 1, PRVI DIO : radni udžbenik iz matematike za prvi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280C8A" w14:textId="77777777" w:rsidR="00480300" w:rsidRDefault="00480300">
            <w:r>
              <w:rPr>
                <w:rFonts w:eastAsia="Arial"/>
                <w:sz w:val="15"/>
              </w:rPr>
              <w:t>Dubraka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75FD2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7D79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A2E79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538FFA9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BD766" w14:textId="77777777" w:rsidR="00480300" w:rsidRDefault="00480300">
            <w:r>
              <w:rPr>
                <w:rFonts w:eastAsia="Arial"/>
                <w:sz w:val="15"/>
              </w:rPr>
              <w:lastRenderedPageBreak/>
              <w:t>OTKRIVAMO MATEMATIKU 1, DRUGI DIO : radni udžbenik iz matematike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C31548" w14:textId="77777777" w:rsidR="00480300" w:rsidRDefault="00480300">
            <w:r>
              <w:rPr>
                <w:rFonts w:eastAsia="Arial"/>
                <w:sz w:val="15"/>
              </w:rPr>
              <w:t>Dubraka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1451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9905E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858B2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5B99B7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B4C6B7" w14:textId="77777777" w:rsidR="00480300" w:rsidRDefault="00480300">
            <w:r>
              <w:rPr>
                <w:rFonts w:eastAsia="Arial"/>
                <w:sz w:val="15"/>
              </w:rPr>
              <w:t>MOJ SRETNI BROJ 1 : udžbenik matematike s dodatnim digitalnim sadržajima u prvom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384FE5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5DCFD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FC630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6F9BD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5DA88B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8CCA7E" w14:textId="77777777" w:rsidR="00480300" w:rsidRDefault="00480300">
            <w:r>
              <w:rPr>
                <w:rFonts w:eastAsia="Arial"/>
                <w:sz w:val="15"/>
              </w:rPr>
              <w:t>PRIRODA, DRUŠTVO I JA 1 : radni udžbenik iz prirode i društva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40FD19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Karmen Hlad, Andreja Kovač, Andreja Kosorčić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3A59D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95319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9C7FAB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3352C8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BC3DF4" w14:textId="77777777" w:rsidR="00480300" w:rsidRDefault="00480300">
            <w:r>
              <w:rPr>
                <w:rFonts w:eastAsia="Arial"/>
                <w:sz w:val="15"/>
              </w:rPr>
              <w:t>EUREKA 1 : udžbenik prirode i društva s dodatnim digitalnim sadržajima u prvom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A1B98A" w14:textId="77777777" w:rsidR="00480300" w:rsidRDefault="00480300">
            <w:r>
              <w:rPr>
                <w:rFonts w:eastAsia="Arial"/>
                <w:sz w:val="15"/>
              </w:rPr>
              <w:t>Snježana Bakarić Palička, Sanja Ćorić Grgić, Ivana Križanac, Žaklin Lukša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A57E5B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1527D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A6A5D8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641B879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FA27CF" w14:textId="77777777" w:rsidR="00480300" w:rsidRDefault="00480300">
            <w:r>
              <w:rPr>
                <w:rFonts w:eastAsia="Arial"/>
                <w:sz w:val="15"/>
              </w:rPr>
              <w:t>E-SVIJET 1 : radni udžbenik informatike s dodatnim digitalnim sadržajima u prvom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D61834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Nikolina Bubica,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6B3A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BDFE1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C8741E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71406F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2DFD95" w14:textId="77777777" w:rsidR="00480300" w:rsidRDefault="00480300">
            <w:r>
              <w:rPr>
                <w:rFonts w:eastAsia="Arial"/>
                <w:sz w:val="15"/>
              </w:rPr>
              <w:t>U BOŽJOJ LJUBAVI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660069" w14:textId="77777777" w:rsidR="00480300" w:rsidRDefault="00480300">
            <w:r>
              <w:rPr>
                <w:rFonts w:eastAsia="Arial"/>
                <w:sz w:val="15"/>
              </w:rPr>
              <w:t>Josip Šimunović, Tihana Petković, Suzana Lipovac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2AC0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2F2C9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CE0149" w14:textId="77777777" w:rsidR="00480300" w:rsidRDefault="00480300">
            <w:r>
              <w:rPr>
                <w:rFonts w:eastAsia="Arial"/>
                <w:sz w:val="15"/>
              </w:rPr>
              <w:t>GK</w:t>
            </w:r>
          </w:p>
        </w:tc>
      </w:tr>
      <w:tr w:rsidR="00480300" w14:paraId="0F756388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5CFDF7" w14:textId="77777777" w:rsidR="00480300" w:rsidRDefault="00480300">
            <w:r>
              <w:rPr>
                <w:rFonts w:eastAsia="Arial"/>
                <w:sz w:val="15"/>
              </w:rPr>
              <w:t>ŠKRINJICA SLOVA I RIJEČI 2, PRVI DIO : integrirani radni udžbenik iz hrvatskoga jezika za drugi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87C659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D1011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2401D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C673BFF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305A19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5780D3C" w14:textId="77777777" w:rsidR="00480300" w:rsidRDefault="00480300">
            <w:r>
              <w:rPr>
                <w:rFonts w:eastAsia="Arial"/>
                <w:sz w:val="15"/>
              </w:rPr>
              <w:t>ŠKRINJICA SLOVA I RIJEČI 2, DRUGI DIO : integrirani radni udžbenik iz hrvatskoga jezika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A06C7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6D2D5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71AAA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AD14D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3C53FE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1633F7" w14:textId="77777777" w:rsidR="00480300" w:rsidRDefault="00480300">
            <w:r>
              <w:rPr>
                <w:rFonts w:eastAsia="Arial"/>
                <w:sz w:val="15"/>
              </w:rPr>
              <w:t>PČELICA 2, I. I II. DIO : radni udžbenik hrvatskog jezika s dodatnim digitalnim sadržajima u drugom razredu osnovne škole, 1. i 2. dio.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D47773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F7662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1589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5A358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9CC3C9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3040E0" w14:textId="77777777" w:rsidR="00480300" w:rsidRDefault="00480300">
            <w:r>
              <w:rPr>
                <w:rFonts w:eastAsia="Arial"/>
                <w:sz w:val="15"/>
              </w:rPr>
              <w:t>NEW BUILDING BLOCKS 2 : udžbenik engleskoga jezika za drugi razred osnovne škole, druga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5BCAD" w14:textId="77777777" w:rsidR="00480300" w:rsidRDefault="00480300">
            <w:r>
              <w:rPr>
                <w:rFonts w:eastAsia="Arial"/>
                <w:sz w:val="15"/>
              </w:rPr>
              <w:t>Kristina Čajo Anđel, Daška Domljan, Ankica Knezović, Danka Singer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93F08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97EF69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C68AEB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44D625B8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3CC01F" w14:textId="77777777" w:rsidR="00480300" w:rsidRDefault="00480300">
            <w:r>
              <w:rPr>
                <w:rFonts w:eastAsia="Arial"/>
                <w:sz w:val="15"/>
              </w:rPr>
              <w:t>OTKRIVAMO MATEMATIKU 2, PRVI DIO : radni udžbenik iz matematike za drugi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A3549A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F1950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EE00F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A8912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0DE68E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71CA6D" w14:textId="77777777" w:rsidR="00480300" w:rsidRDefault="00480300">
            <w:r>
              <w:rPr>
                <w:rFonts w:eastAsia="Arial"/>
                <w:sz w:val="15"/>
              </w:rPr>
              <w:t>OTKRIVAMO MATEMATIKU 2, DRUGI DIO : radni udžbenik iz matematike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6F957C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C6805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37C3E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637DCF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01E1EE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6C6088" w14:textId="77777777" w:rsidR="00480300" w:rsidRDefault="00480300">
            <w:r>
              <w:rPr>
                <w:rFonts w:eastAsia="Arial"/>
                <w:sz w:val="15"/>
              </w:rPr>
              <w:t>MOJ SRETNI BROJ 2 : udžbenik matematike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C014B9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E7FCC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DA77E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379A0F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DDBF1B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9505AC" w14:textId="77777777" w:rsidR="00480300" w:rsidRDefault="00480300">
            <w:r>
              <w:rPr>
                <w:rFonts w:eastAsia="Arial"/>
                <w:sz w:val="15"/>
              </w:rPr>
              <w:t>ISTRAŽUJEMO NAŠ SVIJET 2 : udžbenik prirode i društva s dodatnim digitalnim sadržajima u drugome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076B54" w14:textId="77777777" w:rsidR="00480300" w:rsidRDefault="00480300">
            <w:r>
              <w:rPr>
                <w:rFonts w:eastAsia="Arial"/>
                <w:sz w:val="15"/>
              </w:rPr>
              <w:t>Tamara Kisovar Ivanda, Alena Letina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AD67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6A9DF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3AA51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2AE307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D5DB11" w14:textId="77777777" w:rsidR="00480300" w:rsidRDefault="00480300">
            <w:r>
              <w:rPr>
                <w:rFonts w:eastAsia="Arial"/>
                <w:sz w:val="15"/>
              </w:rPr>
              <w:t>EUREKA 2 : udžbenik prirode i društva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41FB3B" w14:textId="77777777" w:rsidR="00480300" w:rsidRDefault="00480300">
            <w:r>
              <w:rPr>
                <w:rFonts w:eastAsia="Arial"/>
                <w:sz w:val="15"/>
              </w:rPr>
              <w:t>Sanja Ćorić Grgić, Snježana Bakarić Palička, Ivana Križanac, Žaklin Lukša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50016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52360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EEF056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C0C99B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86BB38" w14:textId="77777777" w:rsidR="00480300" w:rsidRDefault="00480300">
            <w:r>
              <w:rPr>
                <w:rFonts w:eastAsia="Arial"/>
                <w:sz w:val="15"/>
              </w:rPr>
              <w:t>PRIRODA, DRUŠTVO I JA 2 : radni udžbenik iz prirode i društva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C939B2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Karmen Hlad, Andreja Kovač, Andreja Kosorčić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B740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24CD8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ED276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2773FE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70F2E4" w14:textId="77777777" w:rsidR="00480300" w:rsidRDefault="00480300">
            <w:r>
              <w:rPr>
                <w:rFonts w:eastAsia="Arial"/>
                <w:sz w:val="15"/>
              </w:rPr>
              <w:t>E-SVIJET 2 : radni udžbenik informatike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22FBA2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1C31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A0BF3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8D4B02B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598AC0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DA87E8" w14:textId="77777777" w:rsidR="00480300" w:rsidRDefault="00480300">
            <w:r>
              <w:rPr>
                <w:rFonts w:eastAsia="Arial"/>
                <w:sz w:val="15"/>
              </w:rPr>
              <w:t>ŠKRINJICA SLOVA I RIJEČI 3, PRVI DIO : integrirani radni udžbenik iz hrvatskoga jezika za treći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9CC21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CE10D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69F6C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52E2044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E2582D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0CE595" w14:textId="77777777" w:rsidR="00480300" w:rsidRDefault="00480300">
            <w:r>
              <w:rPr>
                <w:rFonts w:eastAsia="Arial"/>
                <w:sz w:val="15"/>
              </w:rPr>
              <w:t>ŠKRINJICA SLOVA I RIJEČI 3, DRUGI DIO : integrirani radni udžbenik iz hrvatskoga jezika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D058D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EC6C5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064A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6725E4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C85F0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19DC1C" w14:textId="77777777" w:rsidR="00480300" w:rsidRDefault="00480300">
            <w:r>
              <w:rPr>
                <w:rFonts w:eastAsia="Arial"/>
                <w:sz w:val="15"/>
              </w:rPr>
              <w:t>ZLATNA VRATA 3 : integrirani radni udžbenik hrvatskoga jezika s dodatnim digitalnim sadržajem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1DDBD6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878D6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47F77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EE5F3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0F2139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F38941" w14:textId="77777777" w:rsidR="00480300" w:rsidRDefault="00480300">
            <w:r>
              <w:rPr>
                <w:rFonts w:eastAsia="Arial"/>
                <w:sz w:val="15"/>
              </w:rPr>
              <w:t>NEW BUILDING BLOCKS 3 : udžbenik engleskoga jezika za treći razred osnovne škole, treća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E57568" w14:textId="77777777" w:rsidR="00480300" w:rsidRDefault="00480300">
            <w:r>
              <w:rPr>
                <w:rFonts w:eastAsia="Arial"/>
                <w:sz w:val="15"/>
              </w:rPr>
              <w:t>Kristina Čajo Anđel, Ankica Knezović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D5D4B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4F858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C3146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08D1BF2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E5C0AD" w14:textId="77777777" w:rsidR="00480300" w:rsidRDefault="00480300">
            <w:r>
              <w:rPr>
                <w:rFonts w:eastAsia="Arial"/>
                <w:sz w:val="15"/>
              </w:rPr>
              <w:t>OTKRIVAMO MATEMATIKU 3, PRVI DIO : radni udžbenik iz matematike za treći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1D8842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013CE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89ECC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4CF14C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BE7868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9E62FA" w14:textId="77777777" w:rsidR="00480300" w:rsidRDefault="00480300">
            <w:r>
              <w:rPr>
                <w:rFonts w:eastAsia="Arial"/>
                <w:sz w:val="15"/>
              </w:rPr>
              <w:t>OTKRIVAMO MATEMATIKU 3, DRUGI DIO : radni udžbenik iz matematike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447F2AD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35B96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1592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A6326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DAD373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21F530" w14:textId="77777777" w:rsidR="00480300" w:rsidRDefault="00480300">
            <w:r>
              <w:rPr>
                <w:rFonts w:eastAsia="Arial"/>
                <w:sz w:val="15"/>
              </w:rPr>
              <w:t>MOJ SRETNI BROJ 3 : udžbenik matematike s dodatnim digitalnim sadržajima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C81916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75B5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F856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2E6388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7F0FAD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2B2405" w14:textId="77777777" w:rsidR="00480300" w:rsidRDefault="00480300">
            <w:r>
              <w:rPr>
                <w:rFonts w:eastAsia="Arial"/>
                <w:sz w:val="15"/>
              </w:rPr>
              <w:t>PRIRODA, DRUŠTVO I JA 3 : radni udžbenik iz prirode i društva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1D020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Marija Lesandrić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6A1C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CC135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0F670C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DB1581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D509BD" w14:textId="77777777" w:rsidR="00480300" w:rsidRDefault="00480300">
            <w:r>
              <w:rPr>
                <w:rFonts w:eastAsia="Arial"/>
                <w:sz w:val="15"/>
              </w:rPr>
              <w:t>ISTRAŽUJEMO NAŠ SVIJET 3 : udžbenik prirode i društva s dodatnim digitalnim sadržajima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E37180" w14:textId="77777777" w:rsidR="00480300" w:rsidRDefault="00480300">
            <w:r>
              <w:rPr>
                <w:rFonts w:eastAsia="Arial"/>
                <w:sz w:val="15"/>
              </w:rPr>
              <w:t>Alena Letina, Tamara Kisovar Ivanda, Zdenko Braičić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860D2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AB42A6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CA732E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B9055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8C7266" w14:textId="77777777" w:rsidR="00480300" w:rsidRDefault="00480300">
            <w:r>
              <w:rPr>
                <w:rFonts w:eastAsia="Arial"/>
                <w:sz w:val="15"/>
              </w:rPr>
              <w:t>E-SVIJET 3 : radni udžbenik informatike s dodatnim digitalnim sadržajima u trećem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0D6DF3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3FD4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BF68D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25805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9259C6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0E8084" w14:textId="77777777" w:rsidR="00480300" w:rsidRDefault="00480300">
            <w:r>
              <w:rPr>
                <w:rFonts w:eastAsia="Arial"/>
                <w:sz w:val="15"/>
              </w:rPr>
              <w:t>U LJUBAVI I POMIRENJU : udžbenik za katolički vjeronauk trećega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6544B6" w14:textId="77777777" w:rsidR="00480300" w:rsidRDefault="00480300">
            <w:r>
              <w:rPr>
                <w:rFonts w:eastAsia="Arial"/>
                <w:sz w:val="15"/>
              </w:rPr>
              <w:t>Ante Pavlović, Ivica Pažin, Mirjana Džambo Šporec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09BE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D0B54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C87B0D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  <w:tr w:rsidR="00480300" w14:paraId="4B38F73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ED1C6A" w14:textId="77777777" w:rsidR="00480300" w:rsidRDefault="00480300">
            <w:r>
              <w:rPr>
                <w:rFonts w:eastAsia="Arial"/>
                <w:sz w:val="15"/>
              </w:rPr>
              <w:t>ZLATNA VRATA 4 : integrirani radni udžbenik hrvatskoga jezika u četvrtom razredu osnovne škole, 1. i 2. dio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67ECFE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FBA7F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6854F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90B9E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4636582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719F99" w14:textId="77777777" w:rsidR="00480300" w:rsidRDefault="00480300">
            <w:r>
              <w:rPr>
                <w:rFonts w:eastAsia="Arial"/>
                <w:sz w:val="15"/>
              </w:rPr>
              <w:t>NEW BUILDING BLOCKS 4 : radni udžbenik engleskoga jezika za četvrti razred osnovne škole, četvrta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049DFB" w14:textId="77777777" w:rsidR="00480300" w:rsidRDefault="00480300">
            <w:r>
              <w:rPr>
                <w:rFonts w:eastAsia="Arial"/>
                <w:sz w:val="15"/>
              </w:rPr>
              <w:t>Kristina Čajo Anđel, Daška Domljan, Mia Šavrljuga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2D61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F4ED2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3A14A1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4A5E53B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E1A192" w14:textId="77777777" w:rsidR="00480300" w:rsidRDefault="00480300">
            <w:r>
              <w:rPr>
                <w:rFonts w:eastAsia="Arial"/>
                <w:sz w:val="15"/>
              </w:rPr>
              <w:t>PAROLANDIA 1 : radni udžbenik talijanskog jezika u četvrtom razredu osnovne škole, 1. godina učenja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00351B" w14:textId="77777777" w:rsidR="00480300" w:rsidRDefault="00480300">
            <w:r>
              <w:rPr>
                <w:rFonts w:eastAsia="Arial"/>
                <w:sz w:val="15"/>
              </w:rPr>
              <w:t>Dubravka Novak, Silvia Venchiarutti, Kristina Huljev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02293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F33B9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41837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0BD71B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BF40EB" w14:textId="77777777" w:rsidR="00480300" w:rsidRDefault="00480300">
            <w:r>
              <w:rPr>
                <w:rFonts w:eastAsia="Arial"/>
                <w:sz w:val="15"/>
              </w:rPr>
              <w:t>MOJ SRETNI BROJ 4 : udžbenik matematike u četvrtom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2A4740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FC077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B82AD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4F56B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C779E2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C00970" w14:textId="77777777" w:rsidR="00480300" w:rsidRDefault="00480300">
            <w:r>
              <w:rPr>
                <w:rFonts w:eastAsia="Arial"/>
                <w:sz w:val="15"/>
              </w:rPr>
              <w:t>ISTRAŽUJEMO NAŠ SVIJET 4 : udžbenik prirode i društva u četvrtom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3701FB" w14:textId="77777777" w:rsidR="00480300" w:rsidRDefault="00480300">
            <w:r>
              <w:rPr>
                <w:rFonts w:eastAsia="Arial"/>
                <w:sz w:val="15"/>
              </w:rPr>
              <w:t>Tamara Kisovar Ivanda, Alena Letina, Zdenko Braičić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53AA10" w14:textId="77777777" w:rsidR="00480300" w:rsidRDefault="00480300">
            <w:pPr>
              <w:jc w:val="center"/>
            </w:pP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B004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A0D0D1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83F8BE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FBB2F5" w14:textId="77777777" w:rsidR="00480300" w:rsidRDefault="00480300">
            <w:r>
              <w:rPr>
                <w:rFonts w:eastAsia="Arial"/>
                <w:sz w:val="15"/>
              </w:rPr>
              <w:t>ALLEGRO 4 : udžbenik glazbene kulture u četvrtom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0D4B07" w14:textId="77777777" w:rsidR="00480300" w:rsidRDefault="00480300">
            <w:r>
              <w:rPr>
                <w:rFonts w:eastAsia="Arial"/>
                <w:sz w:val="15"/>
              </w:rPr>
              <w:t>Natalija Banov, Davor Brđanović, Sandra Frančišković, Sandra Ivančić, Eva Kirchmayer Bilić, Alenka Martinović, Darko Novosel, Tomislav Pehar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042634" w14:textId="77777777" w:rsidR="00480300" w:rsidRDefault="00480300">
            <w:pPr>
              <w:jc w:val="center"/>
            </w:pP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3A90D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D3CD9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9CADEF6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A82C3" w14:textId="77777777" w:rsidR="00480300" w:rsidRDefault="00480300">
            <w:r>
              <w:rPr>
                <w:rFonts w:eastAsia="Arial"/>
                <w:sz w:val="15"/>
              </w:rPr>
              <w:t>E-SVIJET 4 : radni udžbenik informatike s dodatnim digitalnim sadržajima u četvrtom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A768B5" w14:textId="77777777" w:rsidR="00480300" w:rsidRDefault="00480300">
            <w:r>
              <w:rPr>
                <w:rFonts w:eastAsia="Arial"/>
                <w:sz w:val="15"/>
              </w:rPr>
              <w:t>Josipa Blagus, Nataša Ljubić Klemše, Ivana Ružić, Mario Stančić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68909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7FCA7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8740B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61D034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D85079" w14:textId="77777777" w:rsidR="00480300" w:rsidRDefault="00480300">
            <w:r>
              <w:rPr>
                <w:rFonts w:eastAsia="Arial"/>
                <w:sz w:val="15"/>
              </w:rPr>
              <w:t>DAROVI VJERE I ZAJEDNIŠTVA : udžbenik za katolički vjeronauk četvrtoga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93F8EB" w14:textId="77777777" w:rsidR="00480300" w:rsidRDefault="00480300">
            <w:r>
              <w:rPr>
                <w:rFonts w:eastAsia="Arial"/>
                <w:sz w:val="15"/>
              </w:rPr>
              <w:t>Ivica Pažin, Ante Pavlović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C1035F" w14:textId="77777777" w:rsidR="00480300" w:rsidRDefault="00480300">
            <w:pPr>
              <w:jc w:val="center"/>
            </w:pP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AB2F9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4DE37D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</w:tbl>
    <w:p w14:paraId="7212D470" w14:textId="77777777" w:rsidR="00E842C4" w:rsidRDefault="00E842C4">
      <w:pPr>
        <w:spacing w:after="0"/>
      </w:pPr>
    </w:p>
    <w:p w14:paraId="576CC83E" w14:textId="77777777" w:rsidR="00480300" w:rsidRDefault="00480300" w:rsidP="00480300"/>
    <w:p w14:paraId="034AE099" w14:textId="77777777" w:rsidR="00480300" w:rsidRDefault="00480300" w:rsidP="00480300"/>
    <w:p w14:paraId="6A96FA89" w14:textId="77777777" w:rsidR="00480300" w:rsidRDefault="00480300" w:rsidP="00480300"/>
    <w:p w14:paraId="3D165960" w14:textId="77777777" w:rsidR="00480300" w:rsidRDefault="00480300" w:rsidP="00480300"/>
    <w:p w14:paraId="1D6F8F2B" w14:textId="77777777" w:rsidR="00480300" w:rsidRDefault="00480300" w:rsidP="00480300"/>
    <w:p w14:paraId="5BD42F8C" w14:textId="77777777" w:rsidR="00480300" w:rsidRDefault="00480300" w:rsidP="00480300"/>
    <w:p w14:paraId="76310046" w14:textId="77777777" w:rsidR="00E842C4" w:rsidRPr="00480300" w:rsidRDefault="009534D7" w:rsidP="00480300">
      <w:pPr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Predmetna nastava</w:t>
      </w:r>
    </w:p>
    <w:p w14:paraId="50E46548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943"/>
        <w:gridCol w:w="709"/>
        <w:gridCol w:w="851"/>
      </w:tblGrid>
      <w:tr w:rsidR="00480300" w14:paraId="531BEA92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50E4BB4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07B1C58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943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DFB41A6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70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B124383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851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6B4D9FF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1930EBD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02C232" w14:textId="77777777" w:rsidR="00480300" w:rsidRDefault="00480300">
            <w:r>
              <w:rPr>
                <w:rFonts w:eastAsia="Arial"/>
                <w:sz w:val="15"/>
              </w:rPr>
              <w:t>HRVATSKA ČITANKA 5 : Hrvatski jezik - Čitanka za 5.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E0EC3B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D354D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6AD24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112E7A" w14:textId="77777777" w:rsidR="00480300" w:rsidRDefault="00480300">
            <w:r>
              <w:rPr>
                <w:rFonts w:eastAsia="Arial"/>
                <w:sz w:val="15"/>
              </w:rPr>
              <w:t>LJEVAK</w:t>
            </w:r>
          </w:p>
        </w:tc>
      </w:tr>
      <w:tr w:rsidR="00480300" w14:paraId="3CDD9C9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D56C8F" w14:textId="77777777" w:rsidR="00480300" w:rsidRDefault="00480300">
            <w:r>
              <w:rPr>
                <w:rFonts w:eastAsia="Arial"/>
                <w:sz w:val="15"/>
              </w:rPr>
              <w:t>HRVATSKA KRIJESNICA 5 : udžbenik iz hrvatskoga jezika za 5.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B25350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32E1B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0A893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3EEB81" w14:textId="77777777" w:rsidR="00480300" w:rsidRDefault="00480300">
            <w:r>
              <w:rPr>
                <w:rFonts w:eastAsia="Arial"/>
                <w:sz w:val="15"/>
              </w:rPr>
              <w:t>LJEVAK</w:t>
            </w:r>
          </w:p>
        </w:tc>
      </w:tr>
      <w:tr w:rsidR="00480300" w14:paraId="5C3D7D8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CE0A54" w14:textId="77777777" w:rsidR="00480300" w:rsidRDefault="00480300">
            <w:r>
              <w:rPr>
                <w:rFonts w:eastAsia="Arial"/>
                <w:sz w:val="15"/>
              </w:rPr>
              <w:t>HELLO, WORLD! 5 : udžbenik engleskog jezika za peti razred osnovne škole, peta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6F0372" w14:textId="77777777" w:rsidR="00480300" w:rsidRDefault="00480300">
            <w:r>
              <w:rPr>
                <w:rFonts w:eastAsia="Arial"/>
                <w:sz w:val="15"/>
              </w:rPr>
              <w:t>Ivana Kirin, Marinko Uremović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E3F87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BFD51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5E5707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1BC02F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06C4DF" w14:textId="77777777" w:rsidR="00480300" w:rsidRDefault="00480300">
            <w:r>
              <w:rPr>
                <w:rFonts w:eastAsia="Arial"/>
                <w:sz w:val="15"/>
              </w:rPr>
              <w:t>RAGAZZINI.IT 2 : udžbenik talijanskoga jezika s dodatnim digitalnim sadržajima u petome razredu osnovne škole, 2.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BB6466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07582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CE75E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8D608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18DCDF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C9955E" w14:textId="77777777" w:rsidR="00480300" w:rsidRDefault="00480300">
            <w:r>
              <w:rPr>
                <w:rFonts w:eastAsia="Arial"/>
                <w:sz w:val="15"/>
              </w:rPr>
              <w:t>MOJE BOJE 5 : udžbenik likovne kulture s dodatnim digitalnim sadržajima u petom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740B71" w14:textId="77777777" w:rsidR="00480300" w:rsidRDefault="00480300">
            <w:r>
              <w:rPr>
                <w:rFonts w:eastAsia="Arial"/>
                <w:sz w:val="15"/>
              </w:rPr>
              <w:t>Miroslav Huzjak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E7D52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E910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2F098B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62A11EA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229C73" w14:textId="77777777" w:rsidR="00480300" w:rsidRDefault="00480300">
            <w:r>
              <w:rPr>
                <w:rFonts w:eastAsia="Arial"/>
                <w:sz w:val="15"/>
              </w:rPr>
              <w:t>SVIJET GLAZBE 5 : udžbenik iz glazbene kulture za peti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D8B1F5" w14:textId="77777777" w:rsidR="00480300" w:rsidRDefault="00480300">
            <w:r>
              <w:rPr>
                <w:rFonts w:eastAsia="Arial"/>
                <w:sz w:val="15"/>
              </w:rPr>
              <w:t>Ante Gašpardi, Tonka Lazarić, Nevenka Raguž, Ana Ostojić, Zoran Štefanac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2FD71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5BC4C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98F95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94CC48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A217CB4" w14:textId="77777777" w:rsidR="00480300" w:rsidRDefault="00480300">
            <w:r>
              <w:rPr>
                <w:rFonts w:eastAsia="Arial"/>
                <w:sz w:val="15"/>
              </w:rPr>
              <w:t>MATEMATIČKI IZAZOVI 5, PRVI DIO : udžbenik sa zadatcima za vježbanje iz matematike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B9DA4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F7F4A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114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29026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6BE463C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1BBE4E" w14:textId="77777777" w:rsidR="00480300" w:rsidRDefault="00480300">
            <w:r>
              <w:rPr>
                <w:rFonts w:eastAsia="Arial"/>
                <w:sz w:val="15"/>
              </w:rPr>
              <w:t>MATEMATIČKI IZAZOVI 5, DRUGI DIO : udžbenik sa zadatcima za vježbanje iz matematike za peti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6076FF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C20B7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3EFE1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A6B01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0261DD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994A82" w14:textId="77777777" w:rsidR="00480300" w:rsidRDefault="00480300">
            <w:r>
              <w:rPr>
                <w:rFonts w:eastAsia="Arial"/>
                <w:sz w:val="15"/>
              </w:rPr>
              <w:t>PRIRODA 5 : udžbenik iz prirode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CC277B" w14:textId="77777777" w:rsidR="00480300" w:rsidRDefault="00480300">
            <w:r>
              <w:rPr>
                <w:rFonts w:eastAsia="Arial"/>
                <w:sz w:val="15"/>
              </w:rPr>
              <w:t>Marijana Bastić, Valerija Begić, Ana Bakarić, Bernarda Kralj Golub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1373C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4C4CF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316CC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25702B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530F33" w14:textId="77777777" w:rsidR="00480300" w:rsidRDefault="00480300">
            <w:r>
              <w:rPr>
                <w:rFonts w:eastAsia="Arial"/>
                <w:sz w:val="15"/>
              </w:rPr>
              <w:t>KLIO 5 : udžbenik petoga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A7B18C8" w14:textId="77777777" w:rsidR="00480300" w:rsidRDefault="00480300">
            <w:r>
              <w:rPr>
                <w:rFonts w:eastAsia="Arial"/>
                <w:sz w:val="15"/>
              </w:rPr>
              <w:t>Sonja Bančić, Tina Matanić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7270D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460E80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B296FB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22A9E62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10C155" w14:textId="77777777" w:rsidR="00480300" w:rsidRDefault="00480300">
            <w:r>
              <w:rPr>
                <w:rFonts w:eastAsia="Arial"/>
                <w:sz w:val="15"/>
              </w:rPr>
              <w:t>MOJA ZEMLJA 1 : udžbenik iz geografije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0D5CE52" w14:textId="77777777" w:rsidR="00480300" w:rsidRDefault="00480300">
            <w:r>
              <w:rPr>
                <w:rFonts w:eastAsia="Arial"/>
                <w:sz w:val="15"/>
              </w:rPr>
              <w:t>Ivan Gambiroža, Josip Jukić, Dinko Marin, Ana Mesić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58F4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ACCFD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ADB29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0014C79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EF8FEA" w14:textId="77777777" w:rsidR="00480300" w:rsidRDefault="00480300">
            <w:r>
              <w:rPr>
                <w:rFonts w:eastAsia="Arial"/>
                <w:sz w:val="15"/>
              </w:rPr>
              <w:t>INFORMATIKA 5 : udžbenik za 5.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70ED79" w14:textId="77777777" w:rsidR="00480300" w:rsidRDefault="00480300">
            <w:r>
              <w:rPr>
                <w:rFonts w:eastAsia="Arial"/>
                <w:sz w:val="15"/>
              </w:rPr>
              <w:t>Vedrana Gregurić, Nenad Hajdinjak, Milana Jakšić, Boris Počuča, Darko Rakić, Silvana Svetličić, Davor Šokac, Dragan Vlajinić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52F49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7D9F6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58A010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CD5DD86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DF7C72" w14:textId="77777777" w:rsidR="00480300" w:rsidRDefault="00480300">
            <w:r>
              <w:rPr>
                <w:rFonts w:eastAsia="Arial"/>
                <w:sz w:val="15"/>
              </w:rPr>
              <w:t>UČITELJU, GDJE STANUJEŠ? : udžbenik za katolički vjeronauk petoga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B60DFD" w14:textId="77777777" w:rsidR="00480300" w:rsidRDefault="00480300">
            <w:r>
              <w:rPr>
                <w:rFonts w:eastAsia="Arial"/>
                <w:sz w:val="15"/>
              </w:rPr>
              <w:t>Mirjana Novak, Barbara Sipina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7436BD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8C00A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01C456" w14:textId="77777777" w:rsidR="00480300" w:rsidRDefault="00480300">
            <w:r>
              <w:rPr>
                <w:rFonts w:eastAsia="Arial"/>
                <w:sz w:val="15"/>
              </w:rPr>
              <w:t>KS</w:t>
            </w:r>
          </w:p>
        </w:tc>
      </w:tr>
      <w:tr w:rsidR="00480300" w14:paraId="7CFB44CE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A0518F" w14:textId="77777777" w:rsidR="00480300" w:rsidRDefault="00480300">
            <w:r>
              <w:rPr>
                <w:rFonts w:eastAsia="Arial"/>
                <w:sz w:val="15"/>
              </w:rPr>
              <w:t>HRVATSKA ČITANKA 6 : hrvatski jezik - čitanka za 6.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659E17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6E823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874C9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92A61C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37C0AE3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8B7B5C" w14:textId="77777777" w:rsidR="00480300" w:rsidRDefault="00480300">
            <w:r>
              <w:rPr>
                <w:rFonts w:eastAsia="Arial"/>
                <w:sz w:val="15"/>
              </w:rPr>
              <w:t>HRVATSKA KRIJESNICA 6 : udžbenik iz hrvatskoga jezika za 6.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08613F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878C2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1854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72D777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3E547AC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E79651" w14:textId="77777777" w:rsidR="00480300" w:rsidRDefault="00480300">
            <w:r>
              <w:rPr>
                <w:rFonts w:eastAsia="Arial"/>
                <w:sz w:val="15"/>
              </w:rPr>
              <w:t>HELLO, WORLD! : udžbenik engleskog jezika za šesti razred osnovne škole, šesta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7E9FAE" w14:textId="77777777" w:rsidR="00480300" w:rsidRDefault="00480300">
            <w:r>
              <w:rPr>
                <w:rFonts w:eastAsia="Arial"/>
                <w:sz w:val="15"/>
              </w:rPr>
              <w:t>Ivana Kirin, Marinko Uremović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C0B29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90700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25705D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398574F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F5DEDB" w14:textId="77777777" w:rsidR="00480300" w:rsidRDefault="00480300">
            <w:r>
              <w:rPr>
                <w:rFonts w:eastAsia="Arial"/>
                <w:sz w:val="15"/>
              </w:rPr>
              <w:t>RAGAZZINI.IT 3 : udžbenik talijanskog jezika s dodatnim digitalnim sadržajima u šestome razredu osnovne škole, 3.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8735FDB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314EC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A798E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A2D9A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9E62C9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E46378" w14:textId="77777777" w:rsidR="00480300" w:rsidRDefault="00480300">
            <w:r>
              <w:rPr>
                <w:rFonts w:eastAsia="Arial"/>
                <w:sz w:val="15"/>
              </w:rPr>
              <w:t>MATEMATIČKI IZAZOVI 6, PRVI DIO : udžbenik sa zadatcima za vježbanje iz matematike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C8E098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5CCD3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3947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7D3851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3E9080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490999" w14:textId="77777777" w:rsidR="00480300" w:rsidRDefault="00480300">
            <w:r>
              <w:rPr>
                <w:rFonts w:eastAsia="Arial"/>
                <w:sz w:val="15"/>
              </w:rPr>
              <w:t>MATEMATIČKI IZAZOVI 6, DRUGI DIO : udžbenik sa zadatcima za vježbanje iz matematike za šesti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0218A3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77E7D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0575D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86EAC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416932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E55EBD" w14:textId="77777777" w:rsidR="00480300" w:rsidRDefault="00480300">
            <w:r>
              <w:rPr>
                <w:rFonts w:eastAsia="Arial"/>
                <w:sz w:val="15"/>
              </w:rPr>
              <w:t>PRIRODA 6 : udžbenik iz prirode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7057F9" w14:textId="77777777" w:rsidR="00480300" w:rsidRDefault="00480300">
            <w:r>
              <w:rPr>
                <w:rFonts w:eastAsia="Arial"/>
                <w:sz w:val="15"/>
              </w:rPr>
              <w:t>Marijana Bastić, Valerija Begić, Ana Bakarić, Bernarda Kralj Golub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EBA0B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82056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15B6E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DA902C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1769AE" w14:textId="77777777" w:rsidR="00480300" w:rsidRDefault="00480300">
            <w:r>
              <w:rPr>
                <w:rFonts w:eastAsia="Arial"/>
                <w:sz w:val="15"/>
              </w:rPr>
              <w:t>MOJA ZEMLJA 2 : udžbenik iz geografije za šesti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3DE205" w14:textId="77777777" w:rsidR="00480300" w:rsidRDefault="00480300">
            <w:r>
              <w:rPr>
                <w:rFonts w:eastAsia="Arial"/>
                <w:sz w:val="15"/>
              </w:rPr>
              <w:t>Ivan Gambiroža, Josip Jukić, Dinko Marin, Ana Mesić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14C14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482E2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1FEBE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8FC2B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DCB003" w14:textId="77777777" w:rsidR="00480300" w:rsidRDefault="00480300">
            <w:r>
              <w:rPr>
                <w:rFonts w:eastAsia="Arial"/>
                <w:sz w:val="15"/>
              </w:rPr>
              <w:t>POVIJEST 6 : udžbenik iz povijesti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594F82" w14:textId="77777777" w:rsidR="00480300" w:rsidRDefault="00480300">
            <w:r>
              <w:rPr>
                <w:rFonts w:eastAsia="Arial"/>
                <w:sz w:val="15"/>
              </w:rPr>
              <w:t>Ante Birin, Tomislav Šarlija, Danijela Deković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4C282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AC8E8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E3786E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96E34E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2DCD83" w14:textId="77777777" w:rsidR="00480300" w:rsidRDefault="00480300">
            <w:r>
              <w:rPr>
                <w:rFonts w:eastAsia="Arial"/>
                <w:sz w:val="15"/>
              </w:rPr>
              <w:t>HRVATSKA ČITANKA 7 : hrvatski jezik - čitanka za 7.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31C4B3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53E40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5F47E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55D8E2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2AA4E4E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EFB9AF" w14:textId="77777777" w:rsidR="00480300" w:rsidRDefault="00480300">
            <w:r>
              <w:rPr>
                <w:rFonts w:eastAsia="Arial"/>
                <w:sz w:val="15"/>
              </w:rPr>
              <w:t>HRVATSKA KRIJESNICA 7 : udžbenik iz hrvatskoga jezika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EB36AE0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1820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AAEFF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C452AE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266619F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EE7053" w14:textId="77777777" w:rsidR="00480300" w:rsidRDefault="00480300">
            <w:r>
              <w:rPr>
                <w:rFonts w:eastAsia="Arial"/>
                <w:sz w:val="15"/>
              </w:rPr>
              <w:t>MOJE BOJE 7 : udžbenik likovne kulture s dodatnim digitalnim sadržajima u sedmom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57E409" w14:textId="77777777" w:rsidR="00480300" w:rsidRDefault="00480300">
            <w:r>
              <w:rPr>
                <w:rFonts w:eastAsia="Arial"/>
                <w:sz w:val="15"/>
              </w:rPr>
              <w:t>Miroslav Huzjak, Kristina Horvat-Blažinović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D41CD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63295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35C227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456791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FE5991" w14:textId="77777777" w:rsidR="00480300" w:rsidRDefault="00480300">
            <w:r>
              <w:rPr>
                <w:rFonts w:eastAsia="Arial"/>
                <w:sz w:val="15"/>
              </w:rPr>
              <w:t>GLAZBENI KRUG 7 : udžbenik glazbene kulture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BEE4CB" w14:textId="77777777" w:rsidR="00480300" w:rsidRDefault="00480300">
            <w:r>
              <w:rPr>
                <w:rFonts w:eastAsia="Arial"/>
                <w:sz w:val="15"/>
              </w:rPr>
              <w:t>Ružica Ambruš-Kiš, Ana Janković, Nikolina Matoš, Tomislav Seletković, Zrinka Šimunović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B5C26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484A7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5E0E47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543100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70ED4E" w14:textId="77777777" w:rsidR="00480300" w:rsidRDefault="00480300">
            <w:r>
              <w:rPr>
                <w:rFonts w:eastAsia="Arial"/>
                <w:sz w:val="15"/>
              </w:rPr>
              <w:t>HELLO, WORLD! : udžbenik engleskog jezika za sedmi razred osnovne škole, sedma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4CA3C6" w14:textId="77777777" w:rsidR="00480300" w:rsidRDefault="00480300">
            <w:r>
              <w:rPr>
                <w:rFonts w:eastAsia="Arial"/>
                <w:sz w:val="15"/>
              </w:rPr>
              <w:t>Sanja Božinović, Snježana Pavić, Mia Šavrljuga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33C5F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3F337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A6D4EC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308149E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CB3338" w14:textId="77777777" w:rsidR="00480300" w:rsidRDefault="00480300">
            <w:r>
              <w:rPr>
                <w:rFonts w:eastAsia="Arial"/>
                <w:sz w:val="15"/>
              </w:rPr>
              <w:t>RAGAZZINI.IT 4 : udžbenik talijanskoga jezika s dodatnim digitalnim sadržajima u sedmom razredu osnovne škole, 4.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789ED1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71AFF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849E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B8257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C8B270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FDE153" w14:textId="77777777" w:rsidR="00480300" w:rsidRDefault="00480300">
            <w:r>
              <w:rPr>
                <w:rFonts w:eastAsia="Arial"/>
                <w:sz w:val="15"/>
              </w:rPr>
              <w:t>MATEMATIČKI IZAZOVI 7, PRVI DIO : udžbenik sa zadatcima za vježbanje iz matematike za sedmi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BA15A4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DD06C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59BDB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D0AD0B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3E36E8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64516A" w14:textId="77777777" w:rsidR="00480300" w:rsidRDefault="00480300">
            <w:r>
              <w:rPr>
                <w:rFonts w:eastAsia="Arial"/>
                <w:sz w:val="15"/>
              </w:rPr>
              <w:t>MATEMATIČKI IZAZOVI 7, DRUGI DIO : udžbenik sa zadatcima za vježbanje iz matematike za sedmi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94399B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72D0F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C67B0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56A8E5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5E1DCDB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32EF9" w14:textId="77777777" w:rsidR="00480300" w:rsidRDefault="00480300">
            <w:r>
              <w:rPr>
                <w:rFonts w:eastAsia="Arial"/>
                <w:sz w:val="15"/>
              </w:rPr>
              <w:t>BIOLOGIJA 7 : udžbenik iz biologije za sedmi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FDAD59" w14:textId="77777777" w:rsidR="00480300" w:rsidRDefault="00480300">
            <w:r>
              <w:rPr>
                <w:rFonts w:eastAsia="Arial"/>
                <w:sz w:val="15"/>
              </w:rPr>
              <w:t>Valerija Begić, Marijana Bastić, Ana Bakarić, Bernarda Kralj Golub, Julijana Madaj Prpić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FED3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6C7EE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4CF34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977AEC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691CE0" w14:textId="77777777" w:rsidR="00480300" w:rsidRDefault="00480300">
            <w:r>
              <w:rPr>
                <w:rFonts w:eastAsia="Arial"/>
                <w:sz w:val="15"/>
              </w:rPr>
              <w:t>KEMIJA 7 : udžbenik kemije za sedmi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8596D7" w14:textId="77777777" w:rsidR="00480300" w:rsidRDefault="00480300">
            <w:r>
              <w:rPr>
                <w:rFonts w:eastAsia="Arial"/>
                <w:sz w:val="15"/>
              </w:rPr>
              <w:t>Tamara Banović, Karmen Holenda, Sandra Lacić, Elvira Kovač-Andrić, Nikolina Štiglić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F88B4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04D09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C396A9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2C8BEFF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780863" w14:textId="77777777" w:rsidR="00480300" w:rsidRDefault="00480300">
            <w:r>
              <w:rPr>
                <w:rFonts w:eastAsia="Arial"/>
                <w:sz w:val="15"/>
              </w:rPr>
              <w:t>FIZIKA OKO NAS 7 : udžbenik fizike s dodatnim digitalnim sadržajima u sedmom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E6BBEC" w14:textId="77777777" w:rsidR="00480300" w:rsidRDefault="00480300">
            <w:r>
              <w:rPr>
                <w:rFonts w:eastAsia="Arial"/>
                <w:sz w:val="15"/>
              </w:rPr>
              <w:t>Vladimir Paar, Sanja Martinko, Tanja Ćulibrk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C40D3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3D12C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068E40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3E2979D7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8096FE" w14:textId="77777777" w:rsidR="00480300" w:rsidRDefault="00480300">
            <w:r>
              <w:rPr>
                <w:rFonts w:eastAsia="Arial"/>
                <w:sz w:val="15"/>
              </w:rPr>
              <w:t>INFORMATIKA 7 : udžbenik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2D48B7" w14:textId="77777777" w:rsidR="00480300" w:rsidRDefault="00480300">
            <w:r>
              <w:rPr>
                <w:rFonts w:eastAsia="Arial"/>
                <w:sz w:val="15"/>
              </w:rPr>
              <w:t>Saida Deljac, Vedrana Gregurić, Nenad Hajdinjak, Boris Počuča, Darko Rakić, Silvana Svetličić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4B886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BC647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66A73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258984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3401EC" w14:textId="77777777" w:rsidR="00480300" w:rsidRDefault="00480300">
            <w:r>
              <w:rPr>
                <w:rFonts w:eastAsia="Arial"/>
                <w:sz w:val="15"/>
              </w:rPr>
              <w:t>NEKA JE BOG PRVI : udžbenik za katolički vjeronauk sedmoga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3AAC40" w14:textId="77777777" w:rsidR="00480300" w:rsidRDefault="00480300">
            <w:r>
              <w:rPr>
                <w:rFonts w:eastAsia="Arial"/>
                <w:sz w:val="15"/>
              </w:rPr>
              <w:t>Josip Periš, Marina Šimić, Ivana Perčić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EEF43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1B70B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C0FA8B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  <w:tr w:rsidR="00480300" w14:paraId="5A9D50C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D80B88" w14:textId="77777777" w:rsidR="00480300" w:rsidRDefault="00480300">
            <w:r>
              <w:rPr>
                <w:rFonts w:eastAsia="Arial"/>
                <w:sz w:val="15"/>
              </w:rPr>
              <w:t>HRVATSKA ČITANKA 8 : Hrvatski jezik - čitanka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3F2B8F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76EDE9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91B8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6A2F16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13583D0D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31F721" w14:textId="77777777" w:rsidR="00480300" w:rsidRDefault="00480300">
            <w:r>
              <w:rPr>
                <w:rFonts w:eastAsia="Arial"/>
                <w:sz w:val="15"/>
              </w:rPr>
              <w:t>HRVATSKA KRIJESNICA 8 : udžbenik iz hrvatskoga jezika za 8.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E29656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AE49EB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568C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633795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734C91BA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2AE11B" w14:textId="77777777" w:rsidR="00480300" w:rsidRDefault="00480300">
            <w:r>
              <w:rPr>
                <w:rFonts w:eastAsia="Arial"/>
                <w:sz w:val="15"/>
              </w:rPr>
              <w:t>HELLO, WORLD! : radni udžbenik engleskog jezika za osmi razred osnovne škole, osma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0AAA4A" w14:textId="77777777" w:rsidR="00480300" w:rsidRDefault="00480300">
            <w:r>
              <w:rPr>
                <w:rFonts w:eastAsia="Arial"/>
                <w:sz w:val="15"/>
              </w:rPr>
              <w:t>Ivana Kirin, Bojana Palijan, Marinko Uremović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33BEC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2B000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AE0D9A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5198DD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7F8308" w14:textId="77777777" w:rsidR="00480300" w:rsidRDefault="00480300">
            <w:r>
              <w:rPr>
                <w:rFonts w:eastAsia="Arial"/>
                <w:sz w:val="15"/>
              </w:rPr>
              <w:t>PAROLANDIA 5 : radni udžbenik talijanskog jezika u osmom razredu osnovne škole, 5. godina učenja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D2AA7D" w14:textId="77777777" w:rsidR="00480300" w:rsidRDefault="00480300">
            <w:r>
              <w:rPr>
                <w:rFonts w:eastAsia="Arial"/>
                <w:sz w:val="15"/>
              </w:rPr>
              <w:t>Dubravka Novak, Silvia Venchiarutti, Kristina Huljev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E35C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5D5A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78D89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F3E1BA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635668" w14:textId="77777777" w:rsidR="00480300" w:rsidRDefault="00480300">
            <w:r>
              <w:rPr>
                <w:rFonts w:eastAsia="Arial"/>
                <w:sz w:val="15"/>
              </w:rPr>
              <w:t>MOJE BOJE 8 : udžbenik likovne kulture u osmom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F6C3CD" w14:textId="77777777" w:rsidR="00480300" w:rsidRDefault="00480300">
            <w:r>
              <w:rPr>
                <w:rFonts w:eastAsia="Arial"/>
                <w:sz w:val="15"/>
              </w:rPr>
              <w:t>Miroslav Huzjak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C2583A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BF913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32FDC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101559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B87CAA" w14:textId="77777777" w:rsidR="00480300" w:rsidRDefault="00480300">
            <w:r>
              <w:rPr>
                <w:rFonts w:eastAsia="Arial"/>
                <w:sz w:val="15"/>
              </w:rPr>
              <w:t>SVIJET GLAZBE 8 : udžbenik iz glazbene kulture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933DE2" w14:textId="77777777" w:rsidR="00480300" w:rsidRDefault="00480300">
            <w:r>
              <w:rPr>
                <w:rFonts w:eastAsia="Arial"/>
                <w:sz w:val="15"/>
              </w:rPr>
              <w:t>Ana Ostojić, Nera Đonlić, Tina Pajdaš, Nikola Sebastian Jambrošić, Marica Tadin, Domagoj Brlečić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B9BC73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7F6E3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B3A65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EF61A9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3C35C1" w14:textId="77777777" w:rsidR="00480300" w:rsidRDefault="00480300">
            <w:r>
              <w:rPr>
                <w:rFonts w:eastAsia="Arial"/>
                <w:sz w:val="15"/>
              </w:rPr>
              <w:t>MATEMATIČKI IZAZOVI 8, PRVI DIO : udžbenik sa zadatcima za vježbanje iz matematike za osmi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6E8AE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79449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480A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D22C3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6FC18A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679F2D" w14:textId="77777777" w:rsidR="00480300" w:rsidRDefault="00480300">
            <w:r>
              <w:rPr>
                <w:rFonts w:eastAsia="Arial"/>
                <w:sz w:val="15"/>
              </w:rPr>
              <w:t>MATEMATIČKI IZAZOVI 8, DRUGI DIO : udžbenik sa zadatcima za vježbanje iz matematike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C52464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5F163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9E32E1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6B1B1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BBB4F6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4B8955" w14:textId="77777777" w:rsidR="00480300" w:rsidRDefault="00480300">
            <w:r>
              <w:rPr>
                <w:rFonts w:eastAsia="Arial"/>
                <w:sz w:val="15"/>
              </w:rPr>
              <w:t>BIOLOGIJA 8 : udžbenik iz biologije za osmi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E0253E" w14:textId="77777777" w:rsidR="00480300" w:rsidRDefault="00480300">
            <w:r>
              <w:rPr>
                <w:rFonts w:eastAsia="Arial"/>
                <w:sz w:val="15"/>
              </w:rPr>
              <w:t>Valerija Begić, Marijana Bastić, Julijana Madaj Prpić, Ana Bakarić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01B18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04C0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51C9E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F3FB9B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E2DE64" w14:textId="77777777" w:rsidR="00480300" w:rsidRDefault="00480300">
            <w:r>
              <w:rPr>
                <w:rFonts w:eastAsia="Arial"/>
                <w:sz w:val="15"/>
              </w:rPr>
              <w:t>KEMIJA 8 : udžbenik kemije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7A7B57" w14:textId="77777777" w:rsidR="00480300" w:rsidRDefault="00480300">
            <w:r>
              <w:rPr>
                <w:rFonts w:eastAsia="Arial"/>
                <w:sz w:val="15"/>
              </w:rPr>
              <w:t>Roko Vladušić, Sanda Šimičić, Miroslav Pernar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DAB0B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BA3CD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BCCE3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1B103669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AC59CD7" w14:textId="77777777" w:rsidR="00480300" w:rsidRDefault="00480300">
            <w:r>
              <w:rPr>
                <w:rFonts w:eastAsia="Arial"/>
                <w:sz w:val="15"/>
              </w:rPr>
              <w:t>FIZIKA OKO NAS 8 : udžbenik fizike s dodatnim digitalnim sadržajima u osmom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1ED6BE" w14:textId="77777777" w:rsidR="00480300" w:rsidRDefault="00480300">
            <w:r>
              <w:rPr>
                <w:rFonts w:eastAsia="Arial"/>
                <w:sz w:val="15"/>
              </w:rPr>
              <w:t>Vladimir Paar, Sanja Martinko, Tanja Ćulibrk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2133C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CC43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4DB47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069FFE3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040813" w14:textId="77777777" w:rsidR="00480300" w:rsidRDefault="00480300">
            <w:r>
              <w:rPr>
                <w:rFonts w:eastAsia="Arial"/>
                <w:sz w:val="15"/>
              </w:rPr>
              <w:t>KLIO 8 : udžbenik povijesti u osmome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B6A801" w14:textId="77777777" w:rsidR="00480300" w:rsidRDefault="00480300">
            <w:r>
              <w:rPr>
                <w:rFonts w:eastAsia="Arial"/>
                <w:sz w:val="15"/>
              </w:rPr>
              <w:t>Krešimir Erdelja, Igor Stojaković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5805CE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E388B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00253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9D06702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E7E137" w14:textId="77777777" w:rsidR="00480300" w:rsidRDefault="00480300">
            <w:r>
              <w:rPr>
                <w:rFonts w:eastAsia="Arial"/>
                <w:sz w:val="15"/>
              </w:rPr>
              <w:t>GEA 4 : udžbenik geografije u osmom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B7CA07" w14:textId="77777777" w:rsidR="00480300" w:rsidRDefault="00480300">
            <w:r>
              <w:rPr>
                <w:rFonts w:eastAsia="Arial"/>
                <w:sz w:val="15"/>
              </w:rPr>
              <w:t>Danijel Orešić, Igor Tišma, Ružica Vuk, Alenka Bujan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9CE6096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5C1F8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31568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A038A41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0C90E6" w14:textId="77777777" w:rsidR="00480300" w:rsidRDefault="00480300">
            <w:r>
              <w:rPr>
                <w:rFonts w:eastAsia="Arial"/>
                <w:sz w:val="15"/>
              </w:rPr>
              <w:t>TK 8 : udžbenik tehničke kulture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1F7183" w14:textId="77777777" w:rsidR="00480300" w:rsidRDefault="00480300">
            <w:r>
              <w:rPr>
                <w:rFonts w:eastAsia="Arial"/>
                <w:sz w:val="15"/>
              </w:rPr>
              <w:t>Damir Čović, Valentina Dijačić, Tome Kovačević, Sanja Prodanović Trlin, Darko Suman, Alenka Šimić, Ivica Šimić, Marijan Vinković, Dragan Vlajinić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52A400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6A861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A7F8DF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A5F5A0A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DBDA93" w14:textId="77777777" w:rsidR="00480300" w:rsidRDefault="00480300">
            <w:r>
              <w:rPr>
                <w:rFonts w:eastAsia="Arial"/>
                <w:sz w:val="15"/>
              </w:rPr>
              <w:t>INFORMATIKA 8 : udžbenik informatike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5CEFA7" w14:textId="77777777" w:rsidR="00480300" w:rsidRDefault="00480300">
            <w:r>
              <w:rPr>
                <w:rFonts w:eastAsia="Arial"/>
                <w:sz w:val="15"/>
              </w:rPr>
              <w:t>Saida Deljac, Vedrana Gregurić, Nenad Hajdinjak, Boris Počuča, Darko Rakić, Silvana Svetličić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62A0A1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B8F47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883B7F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679DE36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0E28D9" w14:textId="77777777" w:rsidR="00480300" w:rsidRDefault="00480300">
            <w:r>
              <w:rPr>
                <w:rFonts w:eastAsia="Arial"/>
                <w:sz w:val="15"/>
              </w:rPr>
              <w:t>UKORAK S ISUSOM : udžbenik za katolički vjeronauk osmoga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41BFF0" w14:textId="77777777" w:rsidR="00480300" w:rsidRDefault="00480300">
            <w:r>
              <w:rPr>
                <w:rFonts w:eastAsia="Arial"/>
                <w:sz w:val="15"/>
              </w:rPr>
              <w:t>Josip Periš, Marina Šimić, Ivana Perčić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6D0905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FFCC7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532421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</w:tbl>
    <w:p w14:paraId="2F2A937B" w14:textId="77777777" w:rsidR="00E842C4" w:rsidRDefault="00E842C4">
      <w:pPr>
        <w:spacing w:after="0"/>
      </w:pPr>
    </w:p>
    <w:p w14:paraId="0F68A915" w14:textId="77777777" w:rsidR="00480300" w:rsidRDefault="00480300" w:rsidP="00480300"/>
    <w:p w14:paraId="3D2B4479" w14:textId="77777777" w:rsidR="00480300" w:rsidRDefault="00480300" w:rsidP="00480300"/>
    <w:p w14:paraId="3FEEB87D" w14:textId="77777777" w:rsidR="00480300" w:rsidRDefault="00480300" w:rsidP="00480300"/>
    <w:p w14:paraId="442867C8" w14:textId="77777777" w:rsidR="00480300" w:rsidRDefault="00480300" w:rsidP="00480300"/>
    <w:p w14:paraId="5D222B5C" w14:textId="77777777" w:rsidR="00E842C4" w:rsidRPr="00480300" w:rsidRDefault="009534D7" w:rsidP="00480300">
      <w:pPr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Teškoće</w:t>
      </w:r>
    </w:p>
    <w:p w14:paraId="02E6621C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1085"/>
        <w:gridCol w:w="649"/>
        <w:gridCol w:w="910"/>
      </w:tblGrid>
      <w:tr w:rsidR="00480300" w14:paraId="24EC20AF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B4E7F0C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D6CD603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10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35B1C17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64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9516084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910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1F090B4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78F4B7A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AEA481" w14:textId="77777777" w:rsidR="00480300" w:rsidRDefault="00480300">
            <w:r>
              <w:rPr>
                <w:rFonts w:eastAsia="Arial"/>
                <w:sz w:val="15"/>
              </w:rPr>
              <w:t>ZLATNA VRATA 3 : integrirani radni udžbenik za pomoć u učenju hrvatskog jezika u trećem razredu osnovne škole, 1. i 2. dio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E9B4EA" w14:textId="77777777" w:rsidR="00480300" w:rsidRDefault="00480300">
            <w:r>
              <w:rPr>
                <w:rFonts w:eastAsia="Arial"/>
                <w:sz w:val="15"/>
              </w:rPr>
              <w:t>Sonja Ivić, Marija Krmpotić, Nina Pezelj, Marija Novosel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CE5CD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CD347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62C38C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5FED7F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37AF01" w14:textId="77777777" w:rsidR="00480300" w:rsidRDefault="00480300">
            <w:r>
              <w:rPr>
                <w:rFonts w:eastAsia="Arial"/>
                <w:sz w:val="15"/>
              </w:rPr>
              <w:t>MOJ SRETNI BROJ 3 : radni udžbenik za pomoć u učenju matematike u trećem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41B212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594E4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1CEFC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288EE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45872B91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AFBA14" w14:textId="77777777" w:rsidR="00480300" w:rsidRDefault="00480300">
            <w:r>
              <w:rPr>
                <w:rFonts w:eastAsia="Arial"/>
                <w:sz w:val="15"/>
              </w:rPr>
              <w:t>OTKRIVAMO MATEMATIKU 4, PRVI DIO : radni udžbenik iz matematike za četvrti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8276A6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0E689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CE473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8FAA5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1DA7C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9F30AA" w14:textId="77777777" w:rsidR="00480300" w:rsidRDefault="00480300">
            <w:r>
              <w:rPr>
                <w:rFonts w:eastAsia="Arial"/>
                <w:sz w:val="15"/>
              </w:rPr>
              <w:t>OTKRIVAMO MATEMATIKU 4, DRUGI DIO : radni udžbenik iz matematike za četvrti razred osnovne škole (za učenike kojima je određen primjereni program osnovnog odgoja i obrazovanja)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1AE58B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E4BBA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00757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A78171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89E7BA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B9E145" w14:textId="77777777" w:rsidR="00480300" w:rsidRDefault="00480300">
            <w:r>
              <w:rPr>
                <w:rFonts w:eastAsia="Arial"/>
                <w:sz w:val="15"/>
              </w:rPr>
              <w:t>HRVATSKA ČITANKA 7 : radni udžbenik za dopunski i individualizirani rad iz hrvatskog jezika za 7.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03F074" w14:textId="77777777" w:rsidR="00480300" w:rsidRDefault="00480300">
            <w:r>
              <w:rPr>
                <w:rFonts w:eastAsia="Arial"/>
                <w:sz w:val="15"/>
              </w:rPr>
              <w:t>Vesna Dunatov, Anita Petrić, Marija Čelan-Mijić, Ivana Šabić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2C6A8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00B05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78C808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55A4E93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FA779A" w14:textId="77777777" w:rsidR="00480300" w:rsidRDefault="00480300">
            <w:r>
              <w:rPr>
                <w:rFonts w:eastAsia="Arial"/>
                <w:sz w:val="15"/>
              </w:rPr>
              <w:t>HRVATSKA KRIJESNICA 7 : radni udžbenik za dopunski i individualizirani rad iz hrvatskog jezika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CB4927" w14:textId="77777777" w:rsidR="00480300" w:rsidRDefault="00480300">
            <w:r>
              <w:rPr>
                <w:rFonts w:eastAsia="Arial"/>
                <w:sz w:val="15"/>
              </w:rPr>
              <w:t>Vesna Dunatov, Anita Petrić, Marija Čelan-Mijić, Ivana Šabić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C240D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3DA87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74671F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19AC02E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933AAC" w14:textId="77777777" w:rsidR="00480300" w:rsidRDefault="00480300">
            <w:r>
              <w:rPr>
                <w:rFonts w:eastAsia="Arial"/>
                <w:sz w:val="15"/>
              </w:rPr>
              <w:t>MATEMATIČKI IZAZOVI 7 : udžbenik sa zadatcima za vježbanje iz matematike za sedmi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53E969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245BA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DDCB7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D4A43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7FCE3C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F94C75" w14:textId="77777777" w:rsidR="00480300" w:rsidRDefault="00480300">
            <w:r>
              <w:rPr>
                <w:rFonts w:eastAsia="Arial"/>
                <w:sz w:val="15"/>
              </w:rPr>
              <w:t>FIZIKA OKO NAS 7 : udžbenik iz fizike za pomoć u učenju u sedmom razredu OŠ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F72933" w14:textId="77777777" w:rsidR="00480300" w:rsidRDefault="00480300">
            <w:r>
              <w:rPr>
                <w:rFonts w:eastAsia="Arial"/>
                <w:sz w:val="15"/>
              </w:rPr>
              <w:t>Sanja Martinko, Tanja Ćulibrk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F47DBE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88B14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06913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6CE7CD3" w14:textId="77777777" w:rsidTr="00480300">
        <w:trPr>
          <w:cantSplit/>
          <w:trHeight w:val="607"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BC6253" w14:textId="77777777" w:rsidR="00480300" w:rsidRDefault="00480300">
            <w:r>
              <w:rPr>
                <w:rFonts w:eastAsia="Arial"/>
                <w:sz w:val="15"/>
              </w:rPr>
              <w:t>BIOLOGIJA 8 : radni udžbenik iz biologije za osmi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14FA19" w14:textId="77777777" w:rsidR="00480300" w:rsidRDefault="00480300">
            <w:r>
              <w:rPr>
                <w:rFonts w:eastAsia="Arial"/>
                <w:sz w:val="15"/>
              </w:rPr>
              <w:t>Valerija Begić, Marijana Bastić, Julijana Madaj Prpić, Ana Bakarić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CB52F3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9DAC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8B5F2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B93B52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979370" w14:textId="77777777" w:rsidR="00480300" w:rsidRDefault="00480300">
            <w:r>
              <w:rPr>
                <w:rFonts w:eastAsia="Arial"/>
                <w:sz w:val="15"/>
              </w:rPr>
              <w:t>KEMIJA 8 : radni udžbenik iz kemije za osmi razred osnovne škole (za učenike kojima je određen primjereni program osnovnog odgoja i obrazovanja)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001DAF" w14:textId="77777777" w:rsidR="00480300" w:rsidRDefault="00480300">
            <w:r>
              <w:rPr>
                <w:rFonts w:eastAsia="Arial"/>
                <w:sz w:val="15"/>
              </w:rPr>
              <w:t>Mirela Mamić, Veronika Peradinović, Nikolina Ribarić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7F8EEE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9AF77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429C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3CEDEF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9A38D1" w14:textId="77777777" w:rsidR="00480300" w:rsidRDefault="00480300">
            <w:r>
              <w:rPr>
                <w:rFonts w:eastAsia="Arial"/>
                <w:sz w:val="15"/>
              </w:rPr>
              <w:t>FIZIKA OKO NAS 8 : udžbenik iz fizike za pomoć u učenju u osmom razredu OŠ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828FFB" w14:textId="77777777" w:rsidR="00480300" w:rsidRDefault="00480300">
            <w:r>
              <w:rPr>
                <w:rFonts w:eastAsia="Arial"/>
                <w:sz w:val="15"/>
              </w:rPr>
              <w:t>Sanja Martinko, Tanja Ćulibrk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DA52CB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A721F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CDFF7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7D5CAE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4B5B15" w14:textId="77777777" w:rsidR="00480300" w:rsidRDefault="00480300">
            <w:r>
              <w:rPr>
                <w:rFonts w:eastAsia="Arial"/>
                <w:sz w:val="15"/>
              </w:rPr>
              <w:t>MOJA NAJDRAŽA GEOGRAFIJA 8 : udžbenik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F1E975" w14:textId="77777777" w:rsidR="00480300" w:rsidRDefault="00480300">
            <w:r>
              <w:rPr>
                <w:rFonts w:eastAsia="Arial"/>
                <w:sz w:val="15"/>
              </w:rPr>
              <w:t>Nina Gecan, Robert Žagar, Mara Modrić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95E328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38421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4CF813" w14:textId="77777777" w:rsidR="00480300" w:rsidRDefault="00480300">
            <w:r>
              <w:rPr>
                <w:rFonts w:eastAsia="Arial"/>
                <w:sz w:val="15"/>
              </w:rPr>
              <w:t>Alka script</w:t>
            </w:r>
          </w:p>
        </w:tc>
      </w:tr>
      <w:tr w:rsidR="00480300" w14:paraId="03DA890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D56C70" w14:textId="77777777" w:rsidR="00480300" w:rsidRDefault="00480300">
            <w:r>
              <w:rPr>
                <w:rFonts w:eastAsia="Arial"/>
                <w:sz w:val="15"/>
              </w:rPr>
              <w:t>KLIO 8 : udžbenik za pomoć u učenju povijesti u osmom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ADD5D5" w14:textId="77777777" w:rsidR="00480300" w:rsidRDefault="00480300">
            <w:r>
              <w:rPr>
                <w:rFonts w:eastAsia="Arial"/>
                <w:sz w:val="15"/>
              </w:rPr>
              <w:t>Krešimir Erdelja, Igor Stojaković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F141B8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72F4B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22747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</w:tbl>
    <w:p w14:paraId="71C82AFB" w14:textId="77777777" w:rsidR="00E842C4" w:rsidRPr="00480300" w:rsidRDefault="00E842C4">
      <w:pPr>
        <w:spacing w:after="0"/>
        <w:rPr>
          <w:rFonts w:asciiTheme="majorHAnsi" w:hAnsiTheme="majorHAnsi"/>
          <w:sz w:val="24"/>
          <w:szCs w:val="24"/>
        </w:rPr>
      </w:pPr>
    </w:p>
    <w:p w14:paraId="2725E409" w14:textId="77777777" w:rsidR="00480300" w:rsidRPr="00480300" w:rsidRDefault="00480300" w:rsidP="00480300">
      <w:pPr>
        <w:pStyle w:val="BodyText"/>
        <w:ind w:left="9" w:right="9"/>
        <w:jc w:val="center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pacing w:val="-4"/>
          <w:sz w:val="24"/>
          <w:szCs w:val="24"/>
        </w:rPr>
        <w:t>Članak</w:t>
      </w:r>
      <w:r w:rsidRPr="0048030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80300">
        <w:rPr>
          <w:rFonts w:asciiTheme="majorHAnsi" w:hAnsiTheme="majorHAnsi"/>
          <w:spacing w:val="-5"/>
          <w:sz w:val="24"/>
          <w:szCs w:val="24"/>
        </w:rPr>
        <w:t>2.</w:t>
      </w:r>
    </w:p>
    <w:p w14:paraId="73A9E2B1" w14:textId="77777777" w:rsidR="00480300" w:rsidRPr="00480300" w:rsidRDefault="00480300" w:rsidP="00480300">
      <w:pPr>
        <w:pStyle w:val="BodyText"/>
        <w:spacing w:before="191" w:line="273" w:lineRule="auto"/>
        <w:ind w:left="142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Ova Odluka o konačnoj listi odabranih udžbenika prema odabiru stručnih aktiva u školi za</w:t>
      </w:r>
      <w:r w:rsidRPr="0048030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0Š kneza Branimira stupa na snagu danom objave na oglasnoj ploči škole.</w:t>
      </w:r>
    </w:p>
    <w:p w14:paraId="576A8DB2" w14:textId="77777777" w:rsidR="00480300" w:rsidRPr="00480300" w:rsidRDefault="00480300" w:rsidP="00480300">
      <w:pPr>
        <w:pStyle w:val="BodyText"/>
        <w:spacing w:before="158"/>
        <w:ind w:right="333"/>
        <w:jc w:val="right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pacing w:val="-2"/>
          <w:sz w:val="24"/>
          <w:szCs w:val="24"/>
        </w:rPr>
        <w:t>Ravnateljica:</w:t>
      </w:r>
    </w:p>
    <w:p w14:paraId="2DCAC6FF" w14:textId="77777777" w:rsidR="00480300" w:rsidRPr="00480300" w:rsidRDefault="00480300" w:rsidP="00480300">
      <w:pPr>
        <w:spacing w:before="195"/>
        <w:ind w:right="169"/>
        <w:jc w:val="right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Nikolina</w:t>
      </w:r>
      <w:r w:rsidRPr="0048030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Tičinović,</w:t>
      </w:r>
      <w:r w:rsidRPr="00480300">
        <w:rPr>
          <w:rFonts w:asciiTheme="majorHAnsi" w:hAnsiTheme="majorHAnsi"/>
          <w:spacing w:val="-4"/>
          <w:sz w:val="24"/>
          <w:szCs w:val="24"/>
        </w:rPr>
        <w:t xml:space="preserve"> prof.</w:t>
      </w:r>
    </w:p>
    <w:p w14:paraId="5740FC9A" w14:textId="77777777" w:rsidR="00480300" w:rsidRPr="00480300" w:rsidRDefault="00480300">
      <w:pPr>
        <w:spacing w:after="0"/>
        <w:rPr>
          <w:rFonts w:asciiTheme="majorHAnsi" w:hAnsiTheme="majorHAnsi"/>
          <w:sz w:val="24"/>
          <w:szCs w:val="24"/>
        </w:rPr>
      </w:pPr>
    </w:p>
    <w:sectPr w:rsidR="00480300" w:rsidRPr="00480300" w:rsidSect="00480300">
      <w:footerReference w:type="default" r:id="rId10"/>
      <w:pgSz w:w="12240" w:h="15840"/>
      <w:pgMar w:top="624" w:right="652" w:bottom="624" w:left="652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92A39" w14:textId="77777777" w:rsidR="00132574" w:rsidRDefault="00132574">
      <w:pPr>
        <w:spacing w:after="0" w:line="240" w:lineRule="auto"/>
      </w:pPr>
      <w:r>
        <w:separator/>
      </w:r>
    </w:p>
  </w:endnote>
  <w:endnote w:type="continuationSeparator" w:id="0">
    <w:p w14:paraId="513D1466" w14:textId="77777777" w:rsidR="00132574" w:rsidRDefault="0013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ourier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C15E2" w14:textId="77777777" w:rsidR="00E842C4" w:rsidRDefault="00E842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B6D19" w14:textId="77777777" w:rsidR="00132574" w:rsidRDefault="00132574">
      <w:pPr>
        <w:spacing w:after="0" w:line="240" w:lineRule="auto"/>
      </w:pPr>
      <w:r>
        <w:separator/>
      </w:r>
    </w:p>
  </w:footnote>
  <w:footnote w:type="continuationSeparator" w:id="0">
    <w:p w14:paraId="69A797D2" w14:textId="77777777" w:rsidR="00132574" w:rsidRDefault="00132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2574"/>
    <w:rsid w:val="0015074B"/>
    <w:rsid w:val="001B4DC9"/>
    <w:rsid w:val="0029639D"/>
    <w:rsid w:val="00326F90"/>
    <w:rsid w:val="00442B59"/>
    <w:rsid w:val="00480300"/>
    <w:rsid w:val="009534D7"/>
    <w:rsid w:val="00AA1D8D"/>
    <w:rsid w:val="00B47730"/>
    <w:rsid w:val="00CB0664"/>
    <w:rsid w:val="00E842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8076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5E8DDD-80E3-0E43-9546-30542953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3173</Words>
  <Characters>18088</Characters>
  <Application>Microsoft Macintosh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Tablice udžbenika 2026./27. – bez cijene, mase i količine</dc:title>
  <dc:subject>Razredna nastava, predmetna nastava i udžbenici za učenike s teškoćama</dc:subject>
  <dc:creator>OŠ kneza Branimira</dc:creator>
  <cp:keywords/>
  <dc:description>generated by python-docx</dc:description>
  <cp:lastModifiedBy>Microsoft Office User</cp:lastModifiedBy>
  <cp:revision>3</cp:revision>
  <dcterms:created xsi:type="dcterms:W3CDTF">2026-08-21T00:04:00Z</dcterms:created>
  <dcterms:modified xsi:type="dcterms:W3CDTF">2026-08-21T09:27:00Z</dcterms:modified>
  <cp:category/>
</cp:coreProperties>
</file>