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A4EC1" w14:textId="77777777" w:rsidR="007A5641" w:rsidRPr="006F1DF5" w:rsidRDefault="006F1D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64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bookmarkStart w:id="0" w:name="_Hlk213316514"/>
      <w:r w:rsidR="007A56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7A5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p w14:paraId="61CC2012" w14:textId="77777777" w:rsidR="007A5641" w:rsidRDefault="006F1DF5" w:rsidP="007A5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564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A5641">
        <w:rPr>
          <w:noProof/>
          <w:sz w:val="24"/>
          <w:szCs w:val="24"/>
          <w:lang w:val="en-GB" w:eastAsia="en-GB"/>
        </w:rPr>
        <w:drawing>
          <wp:inline distT="0" distB="0" distL="0" distR="0" wp14:anchorId="2C71B90E" wp14:editId="21D518F1">
            <wp:extent cx="476250" cy="561975"/>
            <wp:effectExtent l="0" t="0" r="0" b="9525"/>
            <wp:docPr id="3" name="Slika 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56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7A5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7"/>
        <w:gridCol w:w="2693"/>
      </w:tblGrid>
      <w:tr w:rsidR="007A5641" w14:paraId="4DA965C0" w14:textId="77777777" w:rsidTr="009823DA">
        <w:tc>
          <w:tcPr>
            <w:tcW w:w="6377" w:type="dxa"/>
            <w:hideMark/>
          </w:tcPr>
          <w:p w14:paraId="6EF74A32" w14:textId="77777777" w:rsidR="007A5641" w:rsidRDefault="007A5641" w:rsidP="00982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</w:p>
          <w:p w14:paraId="1FE66371" w14:textId="77777777" w:rsidR="007A5641" w:rsidRDefault="007A5641" w:rsidP="00982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KNEZA BRANIMIRA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Donji Muć 218, 21203 Donji Muć                                                                                             KLASA: 602-08/26-01/2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2181-300-26-1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14:paraId="6481A284" w14:textId="77777777" w:rsidR="007A5641" w:rsidRDefault="007A5641" w:rsidP="009823DA">
            <w:pPr>
              <w:tabs>
                <w:tab w:val="right" w:pos="61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Donji Muć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30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6. 2026. godine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hideMark/>
          </w:tcPr>
          <w:p w14:paraId="5C449232" w14:textId="77777777" w:rsidR="007A5641" w:rsidRDefault="006F1DF5" w:rsidP="009823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A5641">
              <w:rPr>
                <w:noProof/>
                <w:lang w:val="en-GB" w:eastAsia="en-GB"/>
              </w:rPr>
              <w:drawing>
                <wp:inline distT="0" distB="0" distL="0" distR="0" wp14:anchorId="072A9AA3" wp14:editId="087B24D4">
                  <wp:extent cx="933580" cy="933580"/>
                  <wp:effectExtent l="0" t="0" r="0" b="0"/>
                  <wp:docPr id="4" name="Picture 2" descr="Slika na kojoj se prikazuje uzorak, tekst, šav&#10;&#10;Opis je automatski generir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B14B91" w14:textId="77777777" w:rsidR="006F1DF5" w:rsidRDefault="006F1DF5"/>
    <w:p w14:paraId="0AACEB32" w14:textId="77777777" w:rsidR="006F1DF5" w:rsidRDefault="006F1DF5" w:rsidP="006F1DF5">
      <w:r>
        <w:t xml:space="preserve">Na temelju članka 10. Odluke o proglašenju Zakona o udžbenicima i drugim obrazovnim materijalima za osnovnu i srednju školu ( NN 116/2018), ravnateljica  Osnovne škole kneza Branimira, Donji Muć, Nikolina Tičinović, prof. uz prethodnu suglasnost i prema odabiru stručnih aktiva u školi dana 30. 6. 2026. godine donosi </w:t>
      </w:r>
    </w:p>
    <w:p w14:paraId="26C797D6" w14:textId="77777777" w:rsidR="006F1DF5" w:rsidRPr="00AB264B" w:rsidRDefault="006F1DF5" w:rsidP="006F1DF5"/>
    <w:p w14:paraId="5218A8D5" w14:textId="77777777" w:rsidR="006F1DF5" w:rsidRDefault="006F1DF5" w:rsidP="006F1DF5"/>
    <w:p w14:paraId="1711E725" w14:textId="77777777" w:rsidR="006F1DF5" w:rsidRPr="00AB264B" w:rsidRDefault="006F1DF5" w:rsidP="006F1DF5">
      <w:pPr>
        <w:jc w:val="center"/>
        <w:rPr>
          <w:b/>
          <w:sz w:val="28"/>
          <w:szCs w:val="28"/>
        </w:rPr>
      </w:pPr>
      <w:r w:rsidRPr="00AB264B">
        <w:rPr>
          <w:b/>
          <w:sz w:val="28"/>
          <w:szCs w:val="28"/>
        </w:rPr>
        <w:t xml:space="preserve">ODLUKU </w:t>
      </w:r>
    </w:p>
    <w:p w14:paraId="24DD4245" w14:textId="317EE9F9" w:rsidR="006F1DF5" w:rsidRDefault="006F1DF5" w:rsidP="006F1D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odabiru dopunskih nastavnih sredstava</w:t>
      </w:r>
      <w:r w:rsidRPr="00AB264B">
        <w:rPr>
          <w:b/>
          <w:sz w:val="28"/>
          <w:szCs w:val="28"/>
        </w:rPr>
        <w:t xml:space="preserve"> za školsku godinu 202</w:t>
      </w:r>
      <w:r w:rsidR="00DA26FE">
        <w:rPr>
          <w:b/>
          <w:sz w:val="28"/>
          <w:szCs w:val="28"/>
        </w:rPr>
        <w:t>6</w:t>
      </w:r>
      <w:r w:rsidRPr="00AB264B">
        <w:rPr>
          <w:b/>
          <w:sz w:val="28"/>
          <w:szCs w:val="28"/>
        </w:rPr>
        <w:t>./202</w:t>
      </w:r>
      <w:r w:rsidR="00DA26FE">
        <w:rPr>
          <w:b/>
          <w:sz w:val="28"/>
          <w:szCs w:val="28"/>
        </w:rPr>
        <w:t>7</w:t>
      </w:r>
      <w:r w:rsidRPr="00AB264B">
        <w:rPr>
          <w:b/>
          <w:sz w:val="28"/>
          <w:szCs w:val="28"/>
        </w:rPr>
        <w:t xml:space="preserve">. </w:t>
      </w:r>
    </w:p>
    <w:p w14:paraId="57442403" w14:textId="77777777" w:rsidR="006F1DF5" w:rsidRDefault="006F1DF5" w:rsidP="006F1DF5">
      <w:pPr>
        <w:jc w:val="center"/>
        <w:rPr>
          <w:b/>
          <w:sz w:val="28"/>
          <w:szCs w:val="28"/>
        </w:rPr>
      </w:pPr>
    </w:p>
    <w:p w14:paraId="6C2663D9" w14:textId="77777777" w:rsidR="006F1DF5" w:rsidRDefault="006F1DF5" w:rsidP="006F1DF5">
      <w:pPr>
        <w:jc w:val="center"/>
        <w:rPr>
          <w:sz w:val="24"/>
          <w:szCs w:val="24"/>
        </w:rPr>
      </w:pPr>
      <w:r w:rsidRPr="00AB264B">
        <w:rPr>
          <w:sz w:val="24"/>
          <w:szCs w:val="24"/>
        </w:rPr>
        <w:t>Članak.1</w:t>
      </w:r>
    </w:p>
    <w:p w14:paraId="17D17718" w14:textId="77777777" w:rsidR="006F1DF5" w:rsidRPr="006F1DF5" w:rsidRDefault="006F1DF5" w:rsidP="006F1D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konačnoj listi odabranih dopunskih nastavnih sredstava prema odabiru stručnih aktiva u školi za Osnovnu školu kneza Branimira, Donji Muć nalaze se sljedeći drugi obrazovni materijali za učenike od 1. razreda do 8. razreda osnovne škole kneza Branimira i to: </w:t>
      </w:r>
    </w:p>
    <w:p w14:paraId="59D27F8D" w14:textId="77777777" w:rsidR="006F1DF5" w:rsidRDefault="006F1DF5"/>
    <w:p w14:paraId="106DF932" w14:textId="77777777" w:rsidR="00C04721" w:rsidRDefault="00C04721" w:rsidP="00C04721">
      <w:pPr>
        <w:spacing w:after="20"/>
      </w:pPr>
      <w:r>
        <w:rPr>
          <w:rFonts w:ascii="Arial" w:hAnsi="Arial"/>
          <w:b/>
          <w:color w:val="1F4E79"/>
          <w:sz w:val="30"/>
        </w:rPr>
        <w:lastRenderedPageBreak/>
        <w:t>Razredna nastava</w:t>
      </w:r>
    </w:p>
    <w:p w14:paraId="65FDBC24" w14:textId="24026AB7" w:rsidR="00C04721" w:rsidRDefault="00C04721" w:rsidP="00C04721">
      <w:pPr>
        <w:spacing w:after="10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1"/>
        <w:gridCol w:w="4003"/>
        <w:gridCol w:w="1944"/>
        <w:gridCol w:w="3067"/>
        <w:gridCol w:w="1814"/>
        <w:gridCol w:w="1872"/>
        <w:gridCol w:w="1211"/>
      </w:tblGrid>
      <w:tr w:rsidR="00C04721" w14:paraId="3254919E" w14:textId="77777777" w:rsidTr="001942BA">
        <w:trPr>
          <w:trHeight w:val="440"/>
          <w:tblHeader/>
          <w:jc w:val="center"/>
        </w:trPr>
        <w:tc>
          <w:tcPr>
            <w:tcW w:w="691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27AE2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Red. br.</w:t>
            </w:r>
          </w:p>
        </w:tc>
        <w:tc>
          <w:tcPr>
            <w:tcW w:w="4003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502E4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Naslov</w:t>
            </w:r>
          </w:p>
        </w:tc>
        <w:tc>
          <w:tcPr>
            <w:tcW w:w="1944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0B86F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Vrsta izdanja</w:t>
            </w:r>
          </w:p>
        </w:tc>
        <w:tc>
          <w:tcPr>
            <w:tcW w:w="3067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46C97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Autori</w:t>
            </w:r>
          </w:p>
        </w:tc>
        <w:tc>
          <w:tcPr>
            <w:tcW w:w="1814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ACACF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Nakladnik</w:t>
            </w:r>
          </w:p>
        </w:tc>
        <w:tc>
          <w:tcPr>
            <w:tcW w:w="1872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74FA9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Predmet</w:t>
            </w:r>
          </w:p>
        </w:tc>
        <w:tc>
          <w:tcPr>
            <w:tcW w:w="907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BE51C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Razred</w:t>
            </w:r>
          </w:p>
        </w:tc>
      </w:tr>
      <w:tr w:rsidR="00C04721" w14:paraId="051182C2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632F11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1. RAZRED</w:t>
            </w:r>
          </w:p>
        </w:tc>
      </w:tr>
      <w:tr w:rsidR="00C04721" w14:paraId="14A52AAD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D20F64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ENGLESKI JEZIK</w:t>
            </w:r>
          </w:p>
        </w:tc>
      </w:tr>
      <w:tr w:rsidR="00C04721" w14:paraId="48FBB8C0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62DCE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C26523" w14:textId="77777777" w:rsidR="00C04721" w:rsidRDefault="00C04721" w:rsidP="001942BA">
            <w:r>
              <w:rPr>
                <w:rFonts w:ascii="Arial" w:hAnsi="Arial"/>
                <w:sz w:val="14"/>
              </w:rPr>
              <w:t>New Building Blocks 1, radna bilježnica iz engleskoga jezika za prvi razred osnovne škole, prva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AEBEE9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DEF0A0" w14:textId="77777777" w:rsidR="00C04721" w:rsidRDefault="00C04721" w:rsidP="001942BA">
            <w:r>
              <w:rPr>
                <w:rFonts w:ascii="Arial" w:hAnsi="Arial"/>
                <w:sz w:val="14"/>
              </w:rPr>
              <w:t>Kristina Čajo Anđel, Daška Domijan, Ankica Knezović, Danka Singer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C1E6E4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C39E95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A7873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1.</w:t>
            </w:r>
          </w:p>
        </w:tc>
      </w:tr>
      <w:tr w:rsidR="00C04721" w14:paraId="44BE0A0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EB812D" w14:textId="77777777" w:rsidR="00C04721" w:rsidRDefault="00C04721" w:rsidP="001942BA">
            <w:pPr>
              <w:jc w:val="center"/>
            </w:pP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C79CFA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 za engleski jezik u prvom razredu osnovne škole, prva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DDDF96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D76340" w14:textId="77777777" w:rsidR="00C04721" w:rsidRDefault="00C04721" w:rsidP="001942BA">
            <w:r>
              <w:rPr>
                <w:rFonts w:ascii="Arial" w:hAnsi="Arial"/>
                <w:sz w:val="14"/>
              </w:rPr>
              <w:t>Kristina Čajo Anđel, Daška Domljan, Ankica Knezović, Danka Singer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0734FE" w14:textId="77777777" w:rsidR="00C04721" w:rsidRDefault="00C04721" w:rsidP="001942BA">
            <w:r>
              <w:rPr>
                <w:rFonts w:ascii="Arial" w:hAnsi="Arial"/>
                <w:sz w:val="14"/>
              </w:rPr>
              <w:t>PROFIL KLETT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88A43B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113F8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6B60265A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94C541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0346C38E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AC3F6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0A5F2B" w14:textId="77777777" w:rsidR="00C04721" w:rsidRDefault="00C04721" w:rsidP="001942BA">
            <w:r>
              <w:rPr>
                <w:rFonts w:ascii="Arial" w:hAnsi="Arial"/>
                <w:sz w:val="14"/>
              </w:rPr>
              <w:t>Škrinjica slova i riječi 1, radna bilježnica iz hrvatskoga jezika za prvi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F19FE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9146DA" w14:textId="77777777" w:rsidR="00C04721" w:rsidRDefault="00C04721" w:rsidP="001942BA">
            <w:r>
              <w:rPr>
                <w:rFonts w:ascii="Arial" w:hAnsi="Arial"/>
                <w:sz w:val="14"/>
              </w:rPr>
              <w:t>Dubravka Težak, Marina Gabelica, Vesna Marjanović, Andrea Škribulja Horvat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57E77E" w14:textId="77777777" w:rsidR="00C04721" w:rsidRDefault="00C04721" w:rsidP="001942BA">
            <w:r>
              <w:rPr>
                <w:rFonts w:ascii="Arial" w:hAnsi="Arial"/>
                <w:sz w:val="14"/>
              </w:rPr>
              <w:t>Alfa d.d.,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58C5DB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AB50C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0A108A1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C8C95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E2107D" w14:textId="77777777" w:rsidR="00C04721" w:rsidRDefault="00C04721" w:rsidP="001942BA">
            <w:r>
              <w:rPr>
                <w:rFonts w:ascii="Arial" w:hAnsi="Arial"/>
                <w:sz w:val="14"/>
              </w:rPr>
              <w:t>Pčelica 1, radna bilježnica za hrvatski jezik u prvom razredu osnovne škole, 2. dio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9F671F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43F6B1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5BA378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9AEACA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2E2A1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3CE1A59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8F86B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9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3061A5" w14:textId="77777777" w:rsidR="00C04721" w:rsidRDefault="00C04721" w:rsidP="001942BA">
            <w:r>
              <w:rPr>
                <w:rFonts w:ascii="Arial" w:hAnsi="Arial"/>
                <w:sz w:val="14"/>
              </w:rPr>
              <w:t>Pčelica 1, radna bilježnica za hrvatski jezik u prvom razredu osnovne škole, 1. dio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1EA2C7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5769BD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80290A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B33302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B8AD6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679C9386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9B0CF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4C4707" w14:textId="77777777" w:rsidR="00C04721" w:rsidRDefault="00C04721" w:rsidP="001942BA">
            <w:r>
              <w:rPr>
                <w:rFonts w:ascii="Arial" w:hAnsi="Arial"/>
                <w:sz w:val="14"/>
              </w:rPr>
              <w:t>Pčelica 1, nastavni listići za hrvatski jezik u prvom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4DAA56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8C9A6E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0D4B18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06CF74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51790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1.</w:t>
            </w:r>
          </w:p>
        </w:tc>
      </w:tr>
      <w:tr w:rsidR="00C04721" w14:paraId="3C126ED6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D46C4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4B90AC" w14:textId="77777777" w:rsidR="00C04721" w:rsidRDefault="00C04721" w:rsidP="001942BA">
            <w:r>
              <w:rPr>
                <w:rFonts w:ascii="Arial" w:hAnsi="Arial"/>
                <w:sz w:val="14"/>
              </w:rPr>
              <w:t>Čitanje s razumijevanjem, zadatci za vrednovanje učeničkih postignuća iz hrvatskog jezika u prvom razredu OŠ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FA1A6E" w14:textId="77777777" w:rsidR="00C04721" w:rsidRDefault="00C04721" w:rsidP="001942BA">
            <w:r>
              <w:rPr>
                <w:rFonts w:ascii="Arial" w:hAnsi="Arial"/>
                <w:sz w:val="14"/>
              </w:rPr>
              <w:t>zadatci za vrednovanje učeničkih postignuća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D4E939" w14:textId="77777777" w:rsidR="00C04721" w:rsidRDefault="00C04721" w:rsidP="001942BA">
            <w:r>
              <w:rPr>
                <w:rFonts w:ascii="Arial" w:hAnsi="Arial"/>
                <w:sz w:val="14"/>
              </w:rPr>
              <w:t>Sanja Tonković, Nina Czinderi, Tina Bobanac Žižić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03DB8B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0A20F1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9E6EE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1.</w:t>
            </w:r>
          </w:p>
        </w:tc>
      </w:tr>
      <w:tr w:rsidR="00C04721" w14:paraId="1BBE0706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32E16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FF230E" w14:textId="77777777" w:rsidR="00C04721" w:rsidRDefault="00C04721" w:rsidP="001942BA">
            <w:r>
              <w:rPr>
                <w:rFonts w:ascii="Arial" w:hAnsi="Arial"/>
                <w:sz w:val="14"/>
              </w:rPr>
              <w:t>Knjigomjer 1, interaktivna radna bilježnica za obradu lektirnih djela u prvom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F0D814" w14:textId="77777777" w:rsidR="00C04721" w:rsidRDefault="00C04721" w:rsidP="001942BA">
            <w:r>
              <w:rPr>
                <w:rFonts w:ascii="Arial" w:hAnsi="Arial"/>
                <w:sz w:val="14"/>
              </w:rPr>
              <w:t>interaktivna radna bilježnica za obradu lektirnih djela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9E6B2E" w14:textId="77777777" w:rsidR="00C04721" w:rsidRDefault="00C04721" w:rsidP="001942BA">
            <w:r>
              <w:rPr>
                <w:rFonts w:ascii="Arial" w:hAnsi="Arial"/>
                <w:sz w:val="14"/>
              </w:rPr>
              <w:t>Violeta Drvenkar, Monika Ružić, Ivančica Toić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829D79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E01C06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9FEFC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5F3C7AE3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203C5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300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B769D6" w14:textId="77777777" w:rsidR="00C04721" w:rsidRDefault="00C04721" w:rsidP="001942BA">
            <w:r>
              <w:rPr>
                <w:rFonts w:ascii="Arial" w:hAnsi="Arial"/>
                <w:sz w:val="14"/>
              </w:rPr>
              <w:t>Pišemo diktat, priručnik za učitelje 1. razreda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64123A" w14:textId="77777777" w:rsidR="00C04721" w:rsidRDefault="00C04721" w:rsidP="001942BA">
            <w:r>
              <w:rPr>
                <w:rFonts w:ascii="Arial" w:hAnsi="Arial"/>
                <w:sz w:val="14"/>
              </w:rPr>
              <w:t>priručnik za učitelje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1C32F5" w14:textId="77777777" w:rsidR="00C04721" w:rsidRDefault="00C04721" w:rsidP="001942BA">
            <w:r>
              <w:rPr>
                <w:rFonts w:ascii="Arial" w:hAnsi="Arial"/>
                <w:sz w:val="14"/>
              </w:rPr>
              <w:t>Elena Klaić, Kate Jurić, Pulina Grbić, Stankica Diklić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DBAC75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73DAF9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A44D7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3A705FA8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433A3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416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1C60EF" w14:textId="77777777" w:rsidR="00C04721" w:rsidRDefault="00C04721" w:rsidP="001942BA">
            <w:r>
              <w:rPr>
                <w:rFonts w:ascii="Arial" w:hAnsi="Arial"/>
                <w:sz w:val="14"/>
              </w:rPr>
              <w:t>Čitam i pišem 1, nastavni listići za prvi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BFA9AF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DD77E3" w14:textId="77777777" w:rsidR="00C04721" w:rsidRDefault="00C04721" w:rsidP="001942BA">
            <w:r>
              <w:rPr>
                <w:rFonts w:ascii="Arial" w:hAnsi="Arial"/>
                <w:sz w:val="14"/>
              </w:rPr>
              <w:t>Vladimira Velički, Vlatka Domišljanović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4D2D15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C774DF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DB343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68CDF39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127E5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461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855599" w14:textId="77777777" w:rsidR="00C04721" w:rsidRDefault="00C04721" w:rsidP="001942BA">
            <w:r>
              <w:rPr>
                <w:rFonts w:ascii="Arial" w:hAnsi="Arial"/>
                <w:sz w:val="14"/>
              </w:rPr>
              <w:t>Učenička slovarica, didaktički konkret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31BCCE" w14:textId="77777777" w:rsidR="00C04721" w:rsidRDefault="00C04721" w:rsidP="001942BA">
            <w:r>
              <w:rPr>
                <w:rFonts w:ascii="Arial" w:hAnsi="Arial"/>
                <w:sz w:val="14"/>
              </w:rPr>
              <w:t>metodičko-didaktičko nastavno sredstvo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24E5BC" w14:textId="77777777" w:rsidR="00C04721" w:rsidRDefault="00C04721" w:rsidP="001942BA">
            <w:r>
              <w:rPr>
                <w:rFonts w:ascii="Arial" w:hAnsi="Arial"/>
                <w:sz w:val="14"/>
              </w:rPr>
              <w:t>Tamara Miletić Damjanović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8E07ED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D31CDE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0722C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118C4C94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0817F8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JEZIK, MATEMATIKA, PRIRODA I DRUŠTVO</w:t>
            </w:r>
          </w:p>
        </w:tc>
      </w:tr>
      <w:tr w:rsidR="00C04721" w14:paraId="089B3458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62882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484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0F3251" w14:textId="77777777" w:rsidR="00C04721" w:rsidRDefault="00C04721" w:rsidP="001942BA">
            <w:r>
              <w:rPr>
                <w:rFonts w:ascii="Arial" w:hAnsi="Arial"/>
                <w:sz w:val="14"/>
              </w:rPr>
              <w:t>Ponovi za ispit 1, priprema učenika za ispit znanja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0A0C98" w14:textId="77777777" w:rsidR="00C04721" w:rsidRDefault="00C04721" w:rsidP="001942BA">
            <w:r>
              <w:rPr>
                <w:rFonts w:ascii="Arial" w:hAnsi="Arial"/>
                <w:sz w:val="14"/>
              </w:rPr>
              <w:t>radni materijali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91DB6A" w14:textId="77777777" w:rsidR="00C04721" w:rsidRDefault="00C04721" w:rsidP="001942BA">
            <w:r>
              <w:rPr>
                <w:rFonts w:ascii="Arial" w:hAnsi="Arial"/>
                <w:sz w:val="14"/>
              </w:rPr>
              <w:t>Gordana Ivančić Maja Križman Roškar, Maja Jelić Kolar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9B5431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F997BE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jezik, Matematika, 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3F39D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6E5D533F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33C6C5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INFORMATIKA</w:t>
            </w:r>
          </w:p>
        </w:tc>
      </w:tr>
      <w:tr w:rsidR="00C04721" w14:paraId="7D7E370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4F965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102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485F01" w14:textId="77777777" w:rsidR="00C04721" w:rsidRDefault="00C04721" w:rsidP="001942BA">
            <w:r>
              <w:rPr>
                <w:rFonts w:ascii="Arial" w:hAnsi="Arial"/>
                <w:sz w:val="14"/>
              </w:rPr>
              <w:t>e-SVIJET 1, radna bilježnica informatike u prvom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716E73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A6F762" w14:textId="77777777" w:rsidR="00C04721" w:rsidRDefault="00C04721" w:rsidP="001942BA">
            <w:r>
              <w:rPr>
                <w:rFonts w:ascii="Arial" w:hAnsi="Arial"/>
                <w:sz w:val="14"/>
              </w:rPr>
              <w:t>Josipa Blagus, Marijana Šundov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6D60FE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2EA373" w14:textId="77777777" w:rsidR="00C04721" w:rsidRDefault="00C04721" w:rsidP="001942BA">
            <w:r>
              <w:rPr>
                <w:rFonts w:ascii="Arial" w:hAnsi="Arial"/>
                <w:sz w:val="14"/>
              </w:rPr>
              <w:t>Informatika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414EF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70C9C0EA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132D9D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KATOLIČKI VJERONAUK</w:t>
            </w:r>
          </w:p>
        </w:tc>
      </w:tr>
      <w:tr w:rsidR="00C04721" w14:paraId="7A713277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FACBF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173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6F9F6A" w14:textId="77777777" w:rsidR="00C04721" w:rsidRDefault="00C04721" w:rsidP="001942BA">
            <w:r>
              <w:rPr>
                <w:rFonts w:ascii="Arial" w:hAnsi="Arial"/>
                <w:sz w:val="14"/>
              </w:rPr>
              <w:t>U Božjoj ljubavi, radna bilježnica za katolički vjeronauk prvoga razreda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4399CB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6FFD59" w14:textId="77777777" w:rsidR="00C04721" w:rsidRDefault="00C04721" w:rsidP="001942BA">
            <w:r>
              <w:rPr>
                <w:rFonts w:ascii="Arial" w:hAnsi="Arial"/>
                <w:sz w:val="14"/>
              </w:rPr>
              <w:t>Ana Volf, Tihana Petković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57423B" w14:textId="77777777" w:rsidR="00C04721" w:rsidRDefault="00C04721" w:rsidP="001942BA">
            <w:r>
              <w:rPr>
                <w:rFonts w:ascii="Arial" w:hAnsi="Arial"/>
                <w:sz w:val="14"/>
              </w:rPr>
              <w:t>Nadbiskupski duhovni stol - Glas Koncila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94B7DD" w14:textId="77777777" w:rsidR="00C04721" w:rsidRDefault="00C04721" w:rsidP="001942BA">
            <w:r>
              <w:rPr>
                <w:rFonts w:ascii="Arial" w:hAnsi="Arial"/>
                <w:sz w:val="14"/>
              </w:rPr>
              <w:t>Katolički vjeronauk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5E585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07ED82C9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A9E61B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MATEMATIKA</w:t>
            </w:r>
          </w:p>
        </w:tc>
      </w:tr>
      <w:tr w:rsidR="00C04721" w14:paraId="4BFAC2D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BF1ED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10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0F761F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1, zbirka zadatka za matematiku u prvom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3376CD" w14:textId="77777777" w:rsidR="00C04721" w:rsidRDefault="00C04721" w:rsidP="001942BA">
            <w:r>
              <w:rPr>
                <w:rFonts w:ascii="Arial" w:hAnsi="Arial"/>
                <w:sz w:val="14"/>
              </w:rPr>
              <w:t>zbirka zadataka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6173C2" w14:textId="77777777" w:rsidR="00C04721" w:rsidRDefault="00C04721" w:rsidP="001942BA">
            <w:r>
              <w:rPr>
                <w:rFonts w:ascii="Arial" w:hAnsi="Arial"/>
                <w:sz w:val="14"/>
              </w:rPr>
              <w:t>Dubravka Miklec, Sanja Jakovljević Rogić,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A2B8C8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97D2A8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79569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2074EDC5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121EA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2ED75E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1, radna bilježnica za matematiku u prvom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08FDC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FD7459" w14:textId="77777777" w:rsidR="00C04721" w:rsidRDefault="00C04721" w:rsidP="001942BA">
            <w:r>
              <w:rPr>
                <w:rFonts w:ascii="Arial" w:hAnsi="Arial"/>
                <w:sz w:val="14"/>
              </w:rPr>
              <w:t>Dubravka Miklec, Sanja Jakovljević Rogić,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6529C2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FFF6DA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AE014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2C321DE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D26FA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11AE95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1, nastavni listići iz matematike u prvom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637953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322DE9" w14:textId="77777777" w:rsidR="00C04721" w:rsidRDefault="00C04721" w:rsidP="001942BA">
            <w:r>
              <w:rPr>
                <w:rFonts w:ascii="Arial" w:hAnsi="Arial"/>
                <w:sz w:val="14"/>
              </w:rPr>
              <w:t>Sanja Jakovljević Rogić, Dubravka Miklec,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18056F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95393C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C1785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1.</w:t>
            </w:r>
          </w:p>
        </w:tc>
      </w:tr>
      <w:tr w:rsidR="00C04721" w14:paraId="45B4536E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B3377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646BD6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1, zadatci za vrednovanje učeničkih postignuća iz matematike u prvom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89B7C7" w14:textId="77777777" w:rsidR="00C04721" w:rsidRDefault="00C04721" w:rsidP="001942BA">
            <w:r>
              <w:rPr>
                <w:rFonts w:ascii="Arial" w:hAnsi="Arial"/>
                <w:sz w:val="14"/>
              </w:rPr>
              <w:t>zadatci za vrednovanje učeničkih postignuća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5C0844" w14:textId="77777777" w:rsidR="00C04721" w:rsidRDefault="00C04721" w:rsidP="001942BA">
            <w:r>
              <w:rPr>
                <w:rFonts w:ascii="Arial" w:hAnsi="Arial"/>
                <w:sz w:val="14"/>
              </w:rPr>
              <w:t>Sanja Jakovljević Rogić, Dubravka Miklec,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B5CA4E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1EF59D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C17BB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1.</w:t>
            </w:r>
          </w:p>
        </w:tc>
      </w:tr>
      <w:tr w:rsidR="00C04721" w14:paraId="370B82D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F17A0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164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E33AEF" w14:textId="77777777" w:rsidR="00C04721" w:rsidRDefault="00C04721" w:rsidP="001942BA">
            <w:r>
              <w:rPr>
                <w:rFonts w:ascii="Arial" w:hAnsi="Arial"/>
                <w:sz w:val="14"/>
              </w:rPr>
              <w:t>Klip-klap matematika, didaktičko pomagalo za usvajanje brojeva do 20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5894E1" w14:textId="77777777" w:rsidR="00C04721" w:rsidRDefault="00C04721" w:rsidP="001942BA">
            <w:r>
              <w:rPr>
                <w:rFonts w:ascii="Arial" w:hAnsi="Arial"/>
                <w:sz w:val="14"/>
              </w:rPr>
              <w:t>didaktičko pomagalo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543C19" w14:textId="77777777" w:rsidR="00C04721" w:rsidRDefault="00C04721" w:rsidP="001942BA">
            <w:r>
              <w:rPr>
                <w:rFonts w:ascii="Arial" w:hAnsi="Arial"/>
                <w:sz w:val="14"/>
              </w:rPr>
              <w:t>Vesna Jelušić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928C68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215F66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55C24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61B0B469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A7A33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350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2E1DEB" w14:textId="77777777" w:rsidR="00C04721" w:rsidRDefault="00C04721" w:rsidP="001942BA">
            <w:r>
              <w:rPr>
                <w:rFonts w:ascii="Arial" w:hAnsi="Arial"/>
                <w:sz w:val="14"/>
              </w:rPr>
              <w:t>Matematika 1, zadatci za dodatnu nastavu matematike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3EBA82" w14:textId="77777777" w:rsidR="00C04721" w:rsidRDefault="00C04721" w:rsidP="001942BA">
            <w:r>
              <w:rPr>
                <w:rFonts w:ascii="Arial" w:hAnsi="Arial"/>
                <w:sz w:val="14"/>
              </w:rPr>
              <w:t>zadatci za dodatnu nastavu matematike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85C3B4" w14:textId="77777777" w:rsidR="00C04721" w:rsidRDefault="00C04721" w:rsidP="001942BA">
            <w:r>
              <w:rPr>
                <w:rFonts w:ascii="Arial" w:hAnsi="Arial"/>
                <w:sz w:val="14"/>
              </w:rPr>
              <w:t>Marijana Martić, Biserka Obradović, Vanda Milković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B185E4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6A49D4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9F273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61F5A3C8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05FFE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436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372001" w14:textId="77777777" w:rsidR="00C04721" w:rsidRDefault="00C04721" w:rsidP="001942BA">
            <w:r>
              <w:rPr>
                <w:rFonts w:ascii="Arial" w:hAnsi="Arial"/>
                <w:sz w:val="14"/>
              </w:rPr>
              <w:t>Otkrivamo matematiku 1, radna bilježnica iz matematike za prvi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D38D18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D8BD89" w14:textId="77777777" w:rsidR="00C04721" w:rsidRDefault="00C04721" w:rsidP="001942BA">
            <w:r>
              <w:rPr>
                <w:rFonts w:ascii="Arial" w:hAnsi="Arial"/>
                <w:sz w:val="14"/>
              </w:rPr>
              <w:t>dr. sc. Dubravka Glasnović Gracin, Gabriela Žokalj, Tanja Soucie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EC3F95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50190F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DE3DC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4C7F355E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99265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468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60CD05" w14:textId="77777777" w:rsidR="00C04721" w:rsidRDefault="00C04721" w:rsidP="001942BA">
            <w:r>
              <w:rPr>
                <w:rFonts w:ascii="Arial" w:hAnsi="Arial"/>
                <w:sz w:val="14"/>
              </w:rPr>
              <w:t>Računska gusjenica, didaktički konkret za matematiku u 1. razredu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A6047E" w14:textId="77777777" w:rsidR="00C04721" w:rsidRDefault="00C04721" w:rsidP="001942BA">
            <w:r>
              <w:rPr>
                <w:rFonts w:ascii="Arial" w:hAnsi="Arial"/>
                <w:sz w:val="14"/>
              </w:rPr>
              <w:t>didaktički konkret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074125" w14:textId="77777777" w:rsidR="00C04721" w:rsidRDefault="00C04721" w:rsidP="001942BA"/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5B0D72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1FA28E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AC211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6BF53368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2F3D3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502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4BB680" w14:textId="77777777" w:rsidR="00C04721" w:rsidRDefault="00C04721" w:rsidP="001942BA">
            <w:r>
              <w:rPr>
                <w:rFonts w:ascii="Arial" w:hAnsi="Arial"/>
                <w:sz w:val="14"/>
              </w:rPr>
              <w:t>Geometrijska tijela, didaktički konkret za matematiku u 1. razredu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A538B2" w14:textId="77777777" w:rsidR="00C04721" w:rsidRDefault="00C04721" w:rsidP="001942BA">
            <w:r>
              <w:rPr>
                <w:rFonts w:ascii="Arial" w:hAnsi="Arial"/>
                <w:sz w:val="14"/>
              </w:rPr>
              <w:t>didaktički konkret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7CE997" w14:textId="77777777" w:rsidR="00C04721" w:rsidRDefault="00C04721" w:rsidP="001942BA"/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1A3965" w14:textId="77777777" w:rsidR="00C04721" w:rsidRDefault="00C04721" w:rsidP="001942BA">
            <w:r>
              <w:rPr>
                <w:rFonts w:ascii="Arial" w:hAnsi="Arial"/>
                <w:sz w:val="14"/>
              </w:rPr>
              <w:t>Alfa d. 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18B521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E979D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05135872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C1FCFD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PRIRODA I DRUŠTVO</w:t>
            </w:r>
          </w:p>
        </w:tc>
      </w:tr>
      <w:tr w:rsidR="00C04721" w14:paraId="6E521839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34BB6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06E5F1" w14:textId="77777777" w:rsidR="00C04721" w:rsidRDefault="00C04721" w:rsidP="001942BA">
            <w:r>
              <w:rPr>
                <w:rFonts w:ascii="Arial" w:hAnsi="Arial"/>
                <w:sz w:val="14"/>
              </w:rPr>
              <w:t>Priroda, društvo i ja 1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B021DF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104140" w14:textId="77777777" w:rsidR="00C04721" w:rsidRDefault="00C04721" w:rsidP="001942BA">
            <w:r>
              <w:rPr>
                <w:rFonts w:ascii="Arial" w:hAnsi="Arial"/>
                <w:sz w:val="14"/>
              </w:rPr>
              <w:t>Mila Bulić, Gordana Kralj, Lidija Križanić, Karmen Hlad, Andreja Kovač, Andreja Kosorčić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A41AE8" w14:textId="77777777" w:rsidR="00C04721" w:rsidRDefault="00C04721" w:rsidP="001942BA">
            <w:r>
              <w:rPr>
                <w:rFonts w:ascii="Arial" w:hAnsi="Arial"/>
                <w:sz w:val="14"/>
              </w:rPr>
              <w:t>Alfa d.d.,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A8E3EA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3C533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210AA3D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7828C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C0839A" w14:textId="77777777" w:rsidR="00C04721" w:rsidRDefault="00C04721" w:rsidP="001942BA">
            <w:r>
              <w:rPr>
                <w:rFonts w:ascii="Arial" w:hAnsi="Arial"/>
                <w:sz w:val="14"/>
              </w:rPr>
              <w:t>Eureka 1, radna bilježnica za prirodu i društvo u prvom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857EB6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5B0F2B" w14:textId="77777777" w:rsidR="00C04721" w:rsidRDefault="00C04721" w:rsidP="001942BA">
            <w:r>
              <w:rPr>
                <w:rFonts w:ascii="Arial" w:hAnsi="Arial"/>
                <w:sz w:val="14"/>
              </w:rPr>
              <w:t>Snježana Bakarić Palička, Sanja Ćorić Grgić, Ivana Križanac, Žaklin Lukša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61B29F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0E5AFA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C4DAC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7469762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3D5AB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305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CEA508" w14:textId="77777777" w:rsidR="00C04721" w:rsidRDefault="00C04721" w:rsidP="001942BA">
            <w:r>
              <w:rPr>
                <w:rFonts w:ascii="Arial" w:hAnsi="Arial"/>
                <w:sz w:val="14"/>
              </w:rPr>
              <w:t>Eureka 1, nastavni listići za prirodu i društvo u prvom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9DE95D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0E7D3C" w14:textId="77777777" w:rsidR="00C04721" w:rsidRDefault="00C04721" w:rsidP="001942BA">
            <w:r>
              <w:rPr>
                <w:rFonts w:ascii="Arial" w:hAnsi="Arial"/>
                <w:sz w:val="14"/>
              </w:rPr>
              <w:t>Dijana Ančić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E74895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D83141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E65C2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</w:t>
            </w:r>
          </w:p>
        </w:tc>
      </w:tr>
      <w:tr w:rsidR="00C04721" w14:paraId="1AAD0B83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E72618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PRIRODA I DRUŠTVO, MATEMATIKA, HRVATSKI JEZIK</w:t>
            </w:r>
          </w:p>
        </w:tc>
      </w:tr>
      <w:tr w:rsidR="00C04721" w14:paraId="2CE33E9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9F5B2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79F590" w14:textId="77777777" w:rsidR="00C04721" w:rsidRDefault="00C04721" w:rsidP="001942BA">
            <w:r>
              <w:rPr>
                <w:rFonts w:ascii="Arial" w:hAnsi="Arial"/>
                <w:sz w:val="14"/>
              </w:rPr>
              <w:t>Želim znati, vježbanje i ponavljanje nastavnih sadržaja 1. razreda, radna bilježnica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CE66EA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4ECB12" w14:textId="77777777" w:rsidR="00C04721" w:rsidRDefault="00C04721" w:rsidP="001942BA">
            <w:r>
              <w:rPr>
                <w:rFonts w:ascii="Arial" w:hAnsi="Arial"/>
                <w:sz w:val="14"/>
              </w:rPr>
              <w:t>Dijana Salaj Krašovec, Ljubica Puškaš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D11D86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667490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društvo, Matematika, 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92701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1.</w:t>
            </w:r>
          </w:p>
        </w:tc>
      </w:tr>
      <w:tr w:rsidR="00C04721" w14:paraId="2A612A35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E61931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1. I 2. RAZRED</w:t>
            </w:r>
          </w:p>
        </w:tc>
      </w:tr>
      <w:tr w:rsidR="00C04721" w14:paraId="5C561E22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9CF454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1BACDA8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CED7E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470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3D21FE" w14:textId="77777777" w:rsidR="00C04721" w:rsidRDefault="00C04721" w:rsidP="001942BA">
            <w:r>
              <w:rPr>
                <w:rFonts w:ascii="Arial" w:hAnsi="Arial"/>
                <w:sz w:val="14"/>
              </w:rPr>
              <w:t>Pažnja molim! 1. ciklus, komplet aktivnosti za razvoj pažnje za 1./2. razred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4DD0F0" w14:textId="77777777" w:rsidR="00C04721" w:rsidRDefault="00C04721" w:rsidP="001942BA">
            <w:r>
              <w:rPr>
                <w:rFonts w:ascii="Arial" w:hAnsi="Arial"/>
                <w:sz w:val="14"/>
              </w:rPr>
              <w:t>komplet aktivnosti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553B7E" w14:textId="77777777" w:rsidR="00C04721" w:rsidRDefault="00C04721" w:rsidP="001942BA">
            <w:r>
              <w:rPr>
                <w:rFonts w:ascii="Arial" w:hAnsi="Arial"/>
                <w:sz w:val="14"/>
              </w:rPr>
              <w:t>Vlatka Benki Brkić, Jadranka Oberman-Sebenji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D7FC02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EBAB26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11A32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1. i 2.</w:t>
            </w:r>
          </w:p>
        </w:tc>
      </w:tr>
      <w:tr w:rsidR="00C04721" w14:paraId="7806248B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48FC5C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LIKOVNA KULTURA</w:t>
            </w:r>
          </w:p>
        </w:tc>
      </w:tr>
      <w:tr w:rsidR="00C04721" w14:paraId="0C4A68A1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B4E18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419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3BF931" w14:textId="77777777" w:rsidR="00C04721" w:rsidRDefault="00C04721" w:rsidP="001942BA">
            <w:r>
              <w:rPr>
                <w:rFonts w:ascii="Arial" w:hAnsi="Arial"/>
                <w:sz w:val="14"/>
              </w:rPr>
              <w:t>Likovna mapa 1 i 2, likovna mapa s kolažnim papirom za 1. i 2.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D392C9" w14:textId="77777777" w:rsidR="00C04721" w:rsidRDefault="00C04721" w:rsidP="001942BA">
            <w:r>
              <w:rPr>
                <w:rFonts w:ascii="Arial" w:hAnsi="Arial"/>
                <w:sz w:val="14"/>
              </w:rPr>
              <w:t>likovna mapa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B2F586" w14:textId="77777777" w:rsidR="00C04721" w:rsidRDefault="00C04721" w:rsidP="001942BA"/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81DA9D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AC9713" w14:textId="77777777" w:rsidR="00C04721" w:rsidRDefault="00C04721" w:rsidP="001942BA">
            <w:r>
              <w:rPr>
                <w:rFonts w:ascii="Arial" w:hAnsi="Arial"/>
                <w:sz w:val="14"/>
              </w:rPr>
              <w:t>Likovna kultura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2C65C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1. i 2.</w:t>
            </w:r>
          </w:p>
        </w:tc>
      </w:tr>
      <w:tr w:rsidR="00C04721" w14:paraId="1D7F743D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9CA555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2. RAZRED</w:t>
            </w:r>
          </w:p>
        </w:tc>
      </w:tr>
      <w:tr w:rsidR="00C04721" w14:paraId="00ED68C6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9B1124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ENGLESKI JEZIK</w:t>
            </w:r>
          </w:p>
        </w:tc>
      </w:tr>
      <w:tr w:rsidR="00C04721" w14:paraId="36DFEA2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D92D7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149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B267FA" w14:textId="77777777" w:rsidR="00C04721" w:rsidRDefault="00C04721" w:rsidP="001942BA">
            <w:r>
              <w:rPr>
                <w:rFonts w:ascii="Arial" w:hAnsi="Arial"/>
                <w:sz w:val="14"/>
              </w:rPr>
              <w:t>New building blocks 2, radna biljećnica iz engleskoga jezika za drugi razred osnovne škole, druga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4BD22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 iz engleskoga jezika za drugi razred osnovne škole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CADD2A" w14:textId="77777777" w:rsidR="00C04721" w:rsidRDefault="00C04721" w:rsidP="001942BA">
            <w:r>
              <w:rPr>
                <w:rFonts w:ascii="Arial" w:hAnsi="Arial"/>
                <w:sz w:val="14"/>
              </w:rPr>
              <w:t>Kristina Čajo Anđel, Daška Domljan, Ankica Kenzović, Danka Singer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9385C6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7FDDE3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7028F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06F56839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2718B6" w14:textId="77777777" w:rsidR="00C04721" w:rsidRDefault="00C04721" w:rsidP="001942BA">
            <w:pPr>
              <w:jc w:val="center"/>
            </w:pP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EBD496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 za engleski jezik u drugom razredu osnovne škole, druga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474980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DB6028" w14:textId="77777777" w:rsidR="00C04721" w:rsidRDefault="00C04721" w:rsidP="001942BA">
            <w:r>
              <w:rPr>
                <w:rFonts w:ascii="Arial" w:hAnsi="Arial"/>
                <w:sz w:val="14"/>
              </w:rPr>
              <w:t>Kristina Čajo Anđel, Daška Domljan, Ankica Knezović, Danka Singer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04C243" w14:textId="77777777" w:rsidR="00C04721" w:rsidRDefault="00C04721" w:rsidP="001942BA">
            <w:r>
              <w:rPr>
                <w:rFonts w:ascii="Arial" w:hAnsi="Arial"/>
                <w:sz w:val="14"/>
              </w:rPr>
              <w:t>PROFIL KLETT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9D551D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D70C0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586CE89A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AC19F8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53725B5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244DE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CDC80D" w14:textId="77777777" w:rsidR="00C04721" w:rsidRDefault="00C04721" w:rsidP="001942BA">
            <w:r>
              <w:rPr>
                <w:rFonts w:ascii="Arial" w:hAnsi="Arial"/>
                <w:sz w:val="14"/>
              </w:rPr>
              <w:t>Škrinjica slova i riječi 2, radna bilježnica iz hrvatskoga jezika za drugi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805D7C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8F31D2" w14:textId="77777777" w:rsidR="00C04721" w:rsidRDefault="00C04721" w:rsidP="001942BA">
            <w:r>
              <w:rPr>
                <w:rFonts w:ascii="Arial" w:hAnsi="Arial"/>
                <w:sz w:val="14"/>
              </w:rPr>
              <w:t>Andrea Škribulja Horvat, Marija Mapilele, Vesna Marjanović, dr. sc. Marina Gabelica, dr. sc. Dubravka Težak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76FB9E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9F83F6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96561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2.</w:t>
            </w:r>
          </w:p>
        </w:tc>
      </w:tr>
      <w:tr w:rsidR="00C04721" w14:paraId="6B3C339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2628E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116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FB6CFA" w14:textId="77777777" w:rsidR="00C04721" w:rsidRDefault="00C04721" w:rsidP="001942BA">
            <w:r>
              <w:rPr>
                <w:rFonts w:ascii="Arial" w:hAnsi="Arial"/>
                <w:sz w:val="14"/>
              </w:rPr>
              <w:t>Pčelica 2, radna bilježnica za hrvatski jezik u drugom razredu osnovne škole, 1. dio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90647F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6C4663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D50D2B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671639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CC35E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7B3A4A7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94C1F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117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E1CF90" w14:textId="77777777" w:rsidR="00C04721" w:rsidRDefault="00C04721" w:rsidP="001942BA">
            <w:r>
              <w:rPr>
                <w:rFonts w:ascii="Arial" w:hAnsi="Arial"/>
                <w:sz w:val="14"/>
              </w:rPr>
              <w:t>Pčelica 2, radna bilježnica za hrvatski jezik u drugom razredu osnovne škole, 2. dio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E48F05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4F8623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D9C5F4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8C084B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26F96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13E3FE7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48A37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183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B397B2" w14:textId="77777777" w:rsidR="00C04721" w:rsidRDefault="00C04721" w:rsidP="001942BA">
            <w:r>
              <w:rPr>
                <w:rFonts w:ascii="Arial" w:hAnsi="Arial"/>
                <w:sz w:val="14"/>
              </w:rPr>
              <w:t>Pčelica 2, nastavni listići za hrvatski jezik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CF597D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A8D15F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7515DC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D4656D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43CB8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40C992B9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A50D5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186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FCB537" w14:textId="77777777" w:rsidR="00C04721" w:rsidRDefault="00C04721" w:rsidP="001942BA">
            <w:r>
              <w:rPr>
                <w:rFonts w:ascii="Arial" w:hAnsi="Arial"/>
                <w:sz w:val="14"/>
              </w:rPr>
              <w:t>Škrinjica slova i riječi 2, nastavni listići iz hrvatskoga jezika za drugi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C0E230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B211CB" w14:textId="77777777" w:rsidR="00C04721" w:rsidRDefault="00C04721" w:rsidP="001942BA">
            <w:r>
              <w:rPr>
                <w:rFonts w:ascii="Arial" w:hAnsi="Arial"/>
                <w:sz w:val="14"/>
              </w:rPr>
              <w:t>Janja Kolak, Vesna Vlahov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618818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AEB10B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CAF94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72F025E6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0EA82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5513E5" w14:textId="77777777" w:rsidR="00C04721" w:rsidRDefault="00C04721" w:rsidP="001942BA">
            <w:r>
              <w:rPr>
                <w:rFonts w:ascii="Arial" w:hAnsi="Arial"/>
                <w:sz w:val="14"/>
              </w:rPr>
              <w:t>Knjigomjer 2, interaktivna radna bilježnica za obradu lektirnih djela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E8EF1D" w14:textId="77777777" w:rsidR="00C04721" w:rsidRDefault="00C04721" w:rsidP="001942BA">
            <w:r>
              <w:rPr>
                <w:rFonts w:ascii="Arial" w:hAnsi="Arial"/>
                <w:sz w:val="14"/>
              </w:rPr>
              <w:t>interaktivna radna bilježnica za obradu lektirnih djela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2A0AD7" w14:textId="77777777" w:rsidR="00C04721" w:rsidRDefault="00C04721" w:rsidP="001942BA">
            <w:r>
              <w:rPr>
                <w:rFonts w:ascii="Arial" w:hAnsi="Arial"/>
                <w:sz w:val="14"/>
              </w:rPr>
              <w:t>Violeta Drvenkar, Monika Ružić, Ivančica Toić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EEDC1B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7ED758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18152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057CF9D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EAD35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BA1136" w14:textId="77777777" w:rsidR="00C04721" w:rsidRDefault="00C04721" w:rsidP="001942BA">
            <w:r>
              <w:rPr>
                <w:rFonts w:ascii="Arial" w:hAnsi="Arial"/>
                <w:sz w:val="14"/>
              </w:rPr>
              <w:t>Pišemo diktat, priručnik za učitelje 2. razreda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331A57" w14:textId="77777777" w:rsidR="00C04721" w:rsidRDefault="00C04721" w:rsidP="001942BA">
            <w:r>
              <w:rPr>
                <w:rFonts w:ascii="Arial" w:hAnsi="Arial"/>
                <w:sz w:val="14"/>
              </w:rPr>
              <w:t>priručnik za učitelje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863E4B" w14:textId="77777777" w:rsidR="00C04721" w:rsidRDefault="00C04721" w:rsidP="001942BA">
            <w:r>
              <w:rPr>
                <w:rFonts w:ascii="Arial" w:hAnsi="Arial"/>
                <w:sz w:val="14"/>
              </w:rPr>
              <w:t>Kristina Žuvić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10900B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72FD2A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67282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0D796E6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88E56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427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D55A69" w14:textId="77777777" w:rsidR="00C04721" w:rsidRDefault="00C04721" w:rsidP="001942BA">
            <w:r>
              <w:rPr>
                <w:rFonts w:ascii="Arial" w:hAnsi="Arial"/>
                <w:sz w:val="14"/>
              </w:rPr>
              <w:t>Škrinjica slova i riječi 2, provjera razumijevanja pročitanoga za redovni i individualizirani program za drugi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FA5E9C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0C793D" w14:textId="77777777" w:rsidR="00C04721" w:rsidRDefault="00C04721" w:rsidP="001942BA">
            <w:r>
              <w:rPr>
                <w:rFonts w:ascii="Arial" w:hAnsi="Arial"/>
                <w:sz w:val="14"/>
              </w:rPr>
              <w:t>Luka Gracin, Sanja Buljeta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93E896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4E8AA5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29D91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6BFAD0D8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8DC16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446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419803" w14:textId="77777777" w:rsidR="00C04721" w:rsidRDefault="00C04721" w:rsidP="001942BA">
            <w:r>
              <w:rPr>
                <w:rFonts w:ascii="Arial" w:hAnsi="Arial"/>
                <w:sz w:val="14"/>
              </w:rPr>
              <w:t>Nina i Tino pišu rukopisnim pismom, radna bilježnica u listićima za drugi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716DC6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8D3818" w14:textId="77777777" w:rsidR="00C04721" w:rsidRDefault="00C04721" w:rsidP="001942BA">
            <w:r>
              <w:rPr>
                <w:rFonts w:ascii="Arial" w:hAnsi="Arial"/>
                <w:sz w:val="14"/>
              </w:rPr>
              <w:t>Verica Jelaš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ADD19B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4ED58B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62EBC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2.</w:t>
            </w:r>
          </w:p>
        </w:tc>
      </w:tr>
      <w:tr w:rsidR="00C04721" w14:paraId="56996638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2AD77C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JEZIK, MATEMATIKA, PRIRODA I DRUŠTVO</w:t>
            </w:r>
          </w:p>
        </w:tc>
      </w:tr>
      <w:tr w:rsidR="00C04721" w14:paraId="1121BC6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F358B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485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9E8325" w14:textId="77777777" w:rsidR="00C04721" w:rsidRDefault="00C04721" w:rsidP="001942BA">
            <w:r>
              <w:rPr>
                <w:rFonts w:ascii="Arial" w:hAnsi="Arial"/>
                <w:sz w:val="14"/>
              </w:rPr>
              <w:t>Ponovi za ispit 2, priprema učenika za ispit znanja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1A2485" w14:textId="77777777" w:rsidR="00C04721" w:rsidRDefault="00C04721" w:rsidP="001942BA">
            <w:r>
              <w:rPr>
                <w:rFonts w:ascii="Arial" w:hAnsi="Arial"/>
                <w:sz w:val="14"/>
              </w:rPr>
              <w:t>radni materijali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F7C261" w14:textId="77777777" w:rsidR="00C04721" w:rsidRDefault="00C04721" w:rsidP="001942BA">
            <w:r>
              <w:rPr>
                <w:rFonts w:ascii="Arial" w:hAnsi="Arial"/>
                <w:sz w:val="14"/>
              </w:rPr>
              <w:t>Gordana Ivančić Maja Križman Roškar, Maja Jelić Kolar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E8E8B2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33A5E5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jezik, Matematika, 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7002A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5FCDD304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463E38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INFORMATIKA</w:t>
            </w:r>
          </w:p>
        </w:tc>
      </w:tr>
      <w:tr w:rsidR="00C04721" w14:paraId="5191CCD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25372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111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C12F22" w14:textId="77777777" w:rsidR="00C04721" w:rsidRDefault="00C04721" w:rsidP="001942BA">
            <w:r>
              <w:rPr>
                <w:rFonts w:ascii="Arial" w:hAnsi="Arial"/>
                <w:sz w:val="14"/>
              </w:rPr>
              <w:t>e-SVIJET 2, radna bilježnica informatike za drugi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39D0B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09D500" w14:textId="77777777" w:rsidR="00C04721" w:rsidRDefault="00C04721" w:rsidP="001942BA">
            <w:r>
              <w:rPr>
                <w:rFonts w:ascii="Arial" w:hAnsi="Arial"/>
                <w:sz w:val="14"/>
              </w:rPr>
              <w:t>Josipa Blagus, Ana Budojević, Marijana Šundov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3D41E1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154F9F" w14:textId="77777777" w:rsidR="00C04721" w:rsidRDefault="00C04721" w:rsidP="001942BA">
            <w:r>
              <w:rPr>
                <w:rFonts w:ascii="Arial" w:hAnsi="Arial"/>
                <w:sz w:val="14"/>
              </w:rPr>
              <w:t>Informatika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9C5C6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2AEFE341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6CEDE9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KATOLIČKI VJERONAUK</w:t>
            </w:r>
          </w:p>
        </w:tc>
      </w:tr>
      <w:tr w:rsidR="00C04721" w14:paraId="33BFF56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EE05C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172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5FD8D0" w14:textId="77777777" w:rsidR="00C04721" w:rsidRDefault="00C04721" w:rsidP="001942BA">
            <w:r>
              <w:rPr>
                <w:rFonts w:ascii="Arial" w:hAnsi="Arial"/>
                <w:sz w:val="14"/>
              </w:rPr>
              <w:t>U prijateljstvu s Bogom, radna bilježnica za katolički vjeronauk drugoga razreda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0D8EA2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25CC6C" w14:textId="77777777" w:rsidR="00C04721" w:rsidRDefault="00C04721" w:rsidP="001942BA">
            <w:r>
              <w:rPr>
                <w:rFonts w:ascii="Arial" w:hAnsi="Arial"/>
                <w:sz w:val="14"/>
              </w:rPr>
              <w:t>Ana Volf, Tihana Petković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20108C" w14:textId="77777777" w:rsidR="00C04721" w:rsidRDefault="00C04721" w:rsidP="001942BA">
            <w:r>
              <w:rPr>
                <w:rFonts w:ascii="Arial" w:hAnsi="Arial"/>
                <w:sz w:val="14"/>
              </w:rPr>
              <w:t>Nadbiskupski duhovni stol - Glas Koncila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277F03" w14:textId="77777777" w:rsidR="00C04721" w:rsidRDefault="00C04721" w:rsidP="001942BA">
            <w:r>
              <w:rPr>
                <w:rFonts w:ascii="Arial" w:hAnsi="Arial"/>
                <w:sz w:val="14"/>
              </w:rPr>
              <w:t>Katolički vjeronauk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4059C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5BCE9F3A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36B51A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MATEMATIKA</w:t>
            </w:r>
          </w:p>
        </w:tc>
      </w:tr>
      <w:tr w:rsidR="00C04721" w14:paraId="2566C4D7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BF6CC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BD0008" w14:textId="77777777" w:rsidR="00C04721" w:rsidRDefault="00C04721" w:rsidP="001942BA">
            <w:r>
              <w:rPr>
                <w:rFonts w:ascii="Arial" w:hAnsi="Arial"/>
                <w:sz w:val="14"/>
              </w:rPr>
              <w:t>Otkrivamo matematiku 2, zbirka zadataka iz matematike za drugi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B728C4" w14:textId="77777777" w:rsidR="00C04721" w:rsidRDefault="00C04721" w:rsidP="001942BA">
            <w:r>
              <w:rPr>
                <w:rFonts w:ascii="Arial" w:hAnsi="Arial"/>
                <w:sz w:val="14"/>
              </w:rPr>
              <w:t>zbirka zadataka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A3DCB0" w14:textId="77777777" w:rsidR="00C04721" w:rsidRDefault="00C04721" w:rsidP="001942BA">
            <w:r>
              <w:rPr>
                <w:rFonts w:ascii="Arial" w:hAnsi="Arial"/>
                <w:sz w:val="14"/>
              </w:rPr>
              <w:t>dr. sc. Dubravka Glasnović Gracin, Gabrijela Žokalj, Tanja Soucie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5644F3" w14:textId="77777777" w:rsidR="00C04721" w:rsidRDefault="00C04721" w:rsidP="001942BA">
            <w:r>
              <w:rPr>
                <w:rFonts w:ascii="Arial" w:hAnsi="Arial"/>
                <w:sz w:val="14"/>
              </w:rPr>
              <w:t>Alfa d.d.,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9FDF2A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4133A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2.</w:t>
            </w:r>
          </w:p>
        </w:tc>
      </w:tr>
      <w:tr w:rsidR="00C04721" w14:paraId="50DCB1C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9A30A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114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49CB51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2, radna bilježnica za matematiku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09A915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A86F7B" w14:textId="77777777" w:rsidR="00C04721" w:rsidRDefault="00C04721" w:rsidP="001942BA">
            <w:r>
              <w:rPr>
                <w:rFonts w:ascii="Arial" w:hAnsi="Arial"/>
                <w:sz w:val="14"/>
              </w:rPr>
              <w:t>Dubravka Miklec, Sanja Jakovljević Rogić,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C9AE42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2ED518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B1DF9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0F3301E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9DD38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115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C98609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2, zbirka zadataka za matematiku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2801DA" w14:textId="77777777" w:rsidR="00C04721" w:rsidRDefault="00C04721" w:rsidP="001942BA">
            <w:r>
              <w:rPr>
                <w:rFonts w:ascii="Arial" w:hAnsi="Arial"/>
                <w:sz w:val="14"/>
              </w:rPr>
              <w:t>zbirka zadataka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DBE854" w14:textId="77777777" w:rsidR="00C04721" w:rsidRDefault="00C04721" w:rsidP="001942BA">
            <w:r>
              <w:rPr>
                <w:rFonts w:ascii="Arial" w:hAnsi="Arial"/>
                <w:sz w:val="14"/>
              </w:rPr>
              <w:t>Dubravka Miklec, Sanja Jakovljević Rogić,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6CBA13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2B69C2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84FEE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06646448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DD315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BBC84D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2, nastavni listići za matematiku u drugome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00140E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0E2E02" w14:textId="77777777" w:rsidR="00C04721" w:rsidRDefault="00C04721" w:rsidP="001942BA">
            <w:r>
              <w:rPr>
                <w:rFonts w:ascii="Arial" w:hAnsi="Arial"/>
                <w:sz w:val="14"/>
              </w:rPr>
              <w:t>Sanja Jakovljević Rogić, Dubravka Miklec,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07E329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A26CF8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3B2E1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392F5B3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67C08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309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52A303" w14:textId="77777777" w:rsidR="00C04721" w:rsidRDefault="00C04721" w:rsidP="001942BA">
            <w:r>
              <w:rPr>
                <w:rFonts w:ascii="Arial" w:hAnsi="Arial"/>
                <w:sz w:val="14"/>
              </w:rPr>
              <w:t>Brojevna crta do 100 u mjerilu 1:1, didaktički konkret za matematiku u 2. razredu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447000" w14:textId="77777777" w:rsidR="00C04721" w:rsidRDefault="00C04721" w:rsidP="001942BA">
            <w:r>
              <w:rPr>
                <w:rFonts w:ascii="Arial" w:hAnsi="Arial"/>
                <w:sz w:val="14"/>
              </w:rPr>
              <w:t>metodičko-didaktičko nastavno sredstvo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89758A" w14:textId="77777777" w:rsidR="00C04721" w:rsidRDefault="00C04721" w:rsidP="001942BA">
            <w:r>
              <w:rPr>
                <w:rFonts w:ascii="Arial" w:hAnsi="Arial"/>
                <w:sz w:val="14"/>
              </w:rPr>
              <w:t>Gabrijela Žokalj, dr. sc. Dubravka Glasnović Gracin, Tanja Soucie, Ksenija Bertol Tisanić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6ED1D4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746950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F8FDD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6234B920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CBA16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310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FBC462" w14:textId="77777777" w:rsidR="00C04721" w:rsidRDefault="00C04721" w:rsidP="001942BA">
            <w:r>
              <w:rPr>
                <w:rFonts w:ascii="Arial" w:hAnsi="Arial"/>
                <w:sz w:val="14"/>
              </w:rPr>
              <w:t>Otkrivamo matematiku 2, listići za dodatnu nastavu matematike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A9C6E1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3F996E" w14:textId="77777777" w:rsidR="00C04721" w:rsidRDefault="00C04721" w:rsidP="001942BA">
            <w:r>
              <w:rPr>
                <w:rFonts w:ascii="Arial" w:hAnsi="Arial"/>
                <w:sz w:val="14"/>
              </w:rPr>
              <w:t>dr. sc. Dubravka Glasnović Gracin, Gabrijela Žokalj, Tanja Soucie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EDD5D2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30B05B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EA867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200DE13D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AEE82E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PRAKTIČNE VJEŠTINE</w:t>
            </w:r>
          </w:p>
        </w:tc>
      </w:tr>
      <w:tr w:rsidR="00C04721" w14:paraId="2D647EF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86A14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595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E6CD07" w14:textId="77777777" w:rsidR="00C04721" w:rsidRDefault="00C04721" w:rsidP="001942BA">
            <w:r>
              <w:rPr>
                <w:rFonts w:ascii="Arial" w:hAnsi="Arial"/>
                <w:sz w:val="14"/>
              </w:rPr>
              <w:t>Spretno dijete od glave do pete 2, radni materijal uz radnu bilježnicu za Praktične vještine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547F61" w14:textId="77777777" w:rsidR="00C04721" w:rsidRDefault="00C04721" w:rsidP="001942BA">
            <w:r>
              <w:rPr>
                <w:rFonts w:ascii="Arial" w:hAnsi="Arial"/>
                <w:sz w:val="14"/>
              </w:rPr>
              <w:t>radni materijal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A76D33" w14:textId="77777777" w:rsidR="00C04721" w:rsidRDefault="00C04721" w:rsidP="001942BA">
            <w:r>
              <w:rPr>
                <w:rFonts w:ascii="Arial" w:hAnsi="Arial"/>
                <w:sz w:val="14"/>
              </w:rPr>
              <w:t>Marija Mapilele, Tihana Bilešić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1529E0" w14:textId="77777777" w:rsidR="00C04721" w:rsidRDefault="00C04721" w:rsidP="001942BA">
            <w:r>
              <w:rPr>
                <w:rFonts w:ascii="Arial" w:hAnsi="Arial"/>
                <w:sz w:val="14"/>
              </w:rPr>
              <w:t>Alfa d. 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F459E1" w14:textId="77777777" w:rsidR="00C04721" w:rsidRDefault="00C04721" w:rsidP="001942BA">
            <w:r>
              <w:rPr>
                <w:rFonts w:ascii="Arial" w:hAnsi="Arial"/>
                <w:sz w:val="14"/>
              </w:rPr>
              <w:t>Praktične vještine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28EEF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287C7334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672ED6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PRIRODA I DRUŠTVO</w:t>
            </w:r>
          </w:p>
        </w:tc>
      </w:tr>
      <w:tr w:rsidR="00C04721" w14:paraId="62932D83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5C52D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90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E3618A" w14:textId="77777777" w:rsidR="00C04721" w:rsidRDefault="00C04721" w:rsidP="001942BA">
            <w:r>
              <w:rPr>
                <w:rFonts w:ascii="Arial" w:hAnsi="Arial"/>
                <w:sz w:val="14"/>
              </w:rPr>
              <w:t>Priroda, društvo i ja 2, radna bilježnica iz prirode i društva za drugi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21DE00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4E6B02" w14:textId="77777777" w:rsidR="00C04721" w:rsidRDefault="00C04721" w:rsidP="001942BA">
            <w:r>
              <w:rPr>
                <w:rFonts w:ascii="Arial" w:hAnsi="Arial"/>
                <w:sz w:val="14"/>
              </w:rPr>
              <w:t>Mila Bulić, Gordana Kralj, Lidija Križanić, Karmen Hlad, Andreja Kovač, Andreja Kosorčić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6C10BA" w14:textId="77777777" w:rsidR="00C04721" w:rsidRDefault="00C04721" w:rsidP="001942BA">
            <w:r>
              <w:rPr>
                <w:rFonts w:ascii="Arial" w:hAnsi="Arial"/>
                <w:sz w:val="14"/>
              </w:rPr>
              <w:t>Alfa d.d.,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CAAA13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EB9A8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076F6C4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45F4F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122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D2D981" w14:textId="77777777" w:rsidR="00C04721" w:rsidRDefault="00C04721" w:rsidP="001942BA">
            <w:r>
              <w:rPr>
                <w:rFonts w:ascii="Arial" w:hAnsi="Arial"/>
                <w:sz w:val="14"/>
              </w:rPr>
              <w:t>Istražujemo naš svijet 2, radna bilježnica za prirodu i društvo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EF11CA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8A49D4" w14:textId="77777777" w:rsidR="00C04721" w:rsidRDefault="00C04721" w:rsidP="001942BA">
            <w:r>
              <w:rPr>
                <w:rFonts w:ascii="Arial" w:hAnsi="Arial"/>
                <w:sz w:val="14"/>
              </w:rPr>
              <w:t>Tamara Kisovar Ivanda, Alena Letina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3EFC84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6A3E20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DE3A4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35C55BE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9A6EA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135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941513" w14:textId="77777777" w:rsidR="00C04721" w:rsidRDefault="00C04721" w:rsidP="001942BA">
            <w:r>
              <w:rPr>
                <w:rFonts w:ascii="Arial" w:hAnsi="Arial"/>
                <w:sz w:val="14"/>
              </w:rPr>
              <w:t>Eureka 2, radna bilježnic za prirodu i društvo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F93EE9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EF55A5" w14:textId="77777777" w:rsidR="00C04721" w:rsidRDefault="00C04721" w:rsidP="001942BA">
            <w:r>
              <w:rPr>
                <w:rFonts w:ascii="Arial" w:hAnsi="Arial"/>
                <w:sz w:val="14"/>
              </w:rPr>
              <w:t>Snježana Bakarić Palička, Sanja Ćorić Grgić, Ivana Križanac, Žaklin Lukša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B59574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3335F1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A93E3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714B1065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63EAD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273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35E55E" w14:textId="77777777" w:rsidR="00C04721" w:rsidRDefault="00C04721" w:rsidP="001942BA">
            <w:r>
              <w:rPr>
                <w:rFonts w:ascii="Arial" w:hAnsi="Arial"/>
                <w:sz w:val="14"/>
              </w:rPr>
              <w:t>Istražujemo naš svijet 2, nastavni listići za prirodu i društvo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AD3346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 za prirodu i društvo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94BC07" w14:textId="77777777" w:rsidR="00C04721" w:rsidRDefault="00C04721" w:rsidP="001942BA">
            <w:r>
              <w:rPr>
                <w:rFonts w:ascii="Arial" w:hAnsi="Arial"/>
                <w:sz w:val="14"/>
              </w:rPr>
              <w:t>Stjepan Krajček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FE29D6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97FA04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5F4E4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2EA99BB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C0F6A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321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C2C678" w14:textId="77777777" w:rsidR="00C04721" w:rsidRDefault="00C04721" w:rsidP="001942BA">
            <w:r>
              <w:rPr>
                <w:rFonts w:ascii="Arial" w:hAnsi="Arial"/>
                <w:sz w:val="14"/>
              </w:rPr>
              <w:t>Eureka 2, nastavni listići za prirodu i društvo u drugom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44E213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A1F61B" w14:textId="77777777" w:rsidR="00C04721" w:rsidRDefault="00C04721" w:rsidP="001942BA">
            <w:r>
              <w:rPr>
                <w:rFonts w:ascii="Arial" w:hAnsi="Arial"/>
                <w:sz w:val="14"/>
              </w:rPr>
              <w:t>Marina Sudarević, Daina Filković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6B1F63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9FC793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B8052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5009E50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C724A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398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D50A77" w14:textId="77777777" w:rsidR="00C04721" w:rsidRDefault="00C04721" w:rsidP="001942BA">
            <w:r>
              <w:rPr>
                <w:rFonts w:ascii="Arial" w:hAnsi="Arial"/>
                <w:sz w:val="14"/>
              </w:rPr>
              <w:t>Dom, didaktička igra za prirodu i društvo u 2. razredu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FF74CF" w14:textId="77777777" w:rsidR="00C04721" w:rsidRDefault="00C04721" w:rsidP="001942BA">
            <w:r>
              <w:rPr>
                <w:rFonts w:ascii="Arial" w:hAnsi="Arial"/>
                <w:sz w:val="14"/>
              </w:rPr>
              <w:t>metodičko-didaktičko nastavno sredstvo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311386" w14:textId="77777777" w:rsidR="00C04721" w:rsidRDefault="00C04721" w:rsidP="001942BA">
            <w:r>
              <w:rPr>
                <w:rFonts w:ascii="Arial" w:hAnsi="Arial"/>
                <w:sz w:val="14"/>
              </w:rPr>
              <w:t>dr. sc. Mila Bulić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C6CBDA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8751AB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55076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141B9635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A49CAE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PRIRODA I DRUŠTVO, HRVATSKI JEZIK, MATEMATIKA</w:t>
            </w:r>
          </w:p>
        </w:tc>
      </w:tr>
      <w:tr w:rsidR="00C04721" w14:paraId="00B6745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5E1E5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301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BD993D" w14:textId="77777777" w:rsidR="00C04721" w:rsidRDefault="00C04721" w:rsidP="001942BA">
            <w:r>
              <w:rPr>
                <w:rFonts w:ascii="Arial" w:hAnsi="Arial"/>
                <w:sz w:val="14"/>
              </w:rPr>
              <w:t>Želim znati 2, radna bilježnica za ponavljanje i vježbanje nastavnih sadržaja drugoga razreda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AC7927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 za ponavljanje i vježbanje nastavnih sadržaja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B090CB" w14:textId="77777777" w:rsidR="00C04721" w:rsidRDefault="00C04721" w:rsidP="001942BA">
            <w:r>
              <w:rPr>
                <w:rFonts w:ascii="Arial" w:hAnsi="Arial"/>
                <w:sz w:val="14"/>
              </w:rPr>
              <w:t>Anita Dragičević, Marina Sudarević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AF7FBE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C482DD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društvo, Hrvatski jezik, 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DD2A8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</w:t>
            </w:r>
          </w:p>
        </w:tc>
      </w:tr>
      <w:tr w:rsidR="00C04721" w14:paraId="35EC91BF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9AC10A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3. RAZRED</w:t>
            </w:r>
          </w:p>
        </w:tc>
      </w:tr>
      <w:tr w:rsidR="00C04721" w14:paraId="4F180308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A02E2B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ENGLESKI JEZIK</w:t>
            </w:r>
          </w:p>
        </w:tc>
      </w:tr>
      <w:tr w:rsidR="00C04721" w14:paraId="3904196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393AD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148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92803B" w14:textId="77777777" w:rsidR="00C04721" w:rsidRDefault="00C04721" w:rsidP="001942BA">
            <w:r>
              <w:rPr>
                <w:rFonts w:ascii="Arial" w:hAnsi="Arial"/>
                <w:sz w:val="14"/>
              </w:rPr>
              <w:t>New building blocks 3, radna bilježnica iz engleskoga jezika za treći razrede osnovne škole, treća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4E072A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 iz engleskoga jezika za treći razred osnovne škole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75A4C8" w14:textId="77777777" w:rsidR="00C04721" w:rsidRDefault="00C04721" w:rsidP="001942BA">
            <w:r>
              <w:rPr>
                <w:rFonts w:ascii="Arial" w:hAnsi="Arial"/>
                <w:sz w:val="14"/>
              </w:rPr>
              <w:t>Kristina Čajo Anđel, Ankica Knezović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3F7449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5CD003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A4E57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013318F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4EE146" w14:textId="77777777" w:rsidR="00C04721" w:rsidRDefault="00C04721" w:rsidP="001942BA">
            <w:pPr>
              <w:jc w:val="center"/>
            </w:pP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25335E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 za engleski jezik u trećem razredu osnovne škole, treća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305737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8ED06B" w14:textId="77777777" w:rsidR="00C04721" w:rsidRDefault="00C04721" w:rsidP="001942BA">
            <w:r>
              <w:rPr>
                <w:rFonts w:ascii="Arial" w:hAnsi="Arial"/>
                <w:sz w:val="14"/>
              </w:rPr>
              <w:t>Kristina Čajo Anđel, Daška Domljan, Ankica Knezović, Danka Singer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DE60E1" w14:textId="77777777" w:rsidR="00C04721" w:rsidRDefault="00C04721" w:rsidP="001942BA">
            <w:r>
              <w:rPr>
                <w:rFonts w:ascii="Arial" w:hAnsi="Arial"/>
                <w:sz w:val="14"/>
              </w:rPr>
              <w:t>PROFIL KLETT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376091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8089C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7E74E586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51D569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5592E1F1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963CD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118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A96078" w14:textId="77777777" w:rsidR="00C04721" w:rsidRDefault="00C04721" w:rsidP="001942BA">
            <w:r>
              <w:rPr>
                <w:rFonts w:ascii="Arial" w:hAnsi="Arial"/>
                <w:sz w:val="14"/>
              </w:rPr>
              <w:t>Zlatna vrata 3, radna bilježnica za hrvatski jezik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E6BD4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F9076B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9E628D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376410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066D1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46A67F4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F2C04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150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C83D70" w14:textId="77777777" w:rsidR="00C04721" w:rsidRDefault="00C04721" w:rsidP="001942BA">
            <w:r>
              <w:rPr>
                <w:rFonts w:ascii="Arial" w:hAnsi="Arial"/>
                <w:sz w:val="14"/>
              </w:rPr>
              <w:t>Škrinjica slova i riječi 3, radna bilježnica iz hrvatskoga jezika za treći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E9C815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AD91AA" w14:textId="77777777" w:rsidR="00C04721" w:rsidRDefault="00C04721" w:rsidP="001942BA">
            <w:r>
              <w:rPr>
                <w:rFonts w:ascii="Arial" w:hAnsi="Arial"/>
                <w:sz w:val="14"/>
              </w:rPr>
              <w:t>Andrea Škribulja Horvat, Vesna Marjanović, dr. sc. Marina Gabelica, dr sc Dubravka Težak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B9FDE7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4E43EA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9015F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3364CAD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6E115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9B7605" w14:textId="77777777" w:rsidR="00C04721" w:rsidRDefault="00C04721" w:rsidP="001942BA">
            <w:r>
              <w:rPr>
                <w:rFonts w:ascii="Arial" w:hAnsi="Arial"/>
                <w:sz w:val="14"/>
              </w:rPr>
              <w:t>Škrinjica slova i riječi 3, nastavni listići iz hrvatskoga jezika za treći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0B61C6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B2DF77" w14:textId="77777777" w:rsidR="00C04721" w:rsidRDefault="00C04721" w:rsidP="001942BA">
            <w:r>
              <w:rPr>
                <w:rFonts w:ascii="Arial" w:hAnsi="Arial"/>
                <w:sz w:val="14"/>
              </w:rPr>
              <w:t>Andrea Škribulja Horvat, Vesna Marjanović, Marina Gabelica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33BFB5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4E56AD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5FEF1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281315B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C70A8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208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EC98A4" w14:textId="77777777" w:rsidR="00C04721" w:rsidRDefault="00C04721" w:rsidP="001942BA">
            <w:r>
              <w:rPr>
                <w:rFonts w:ascii="Arial" w:hAnsi="Arial"/>
                <w:sz w:val="14"/>
              </w:rPr>
              <w:t>Zlatna vrata 3, nastavni listići za hrvatski jezik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A8A81E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listici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4646E3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1A50F3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A055FE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0FB15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7F11F64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34254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212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86156B" w14:textId="77777777" w:rsidR="00C04721" w:rsidRDefault="00C04721" w:rsidP="001942BA">
            <w:r>
              <w:rPr>
                <w:rFonts w:ascii="Arial" w:hAnsi="Arial"/>
                <w:sz w:val="14"/>
              </w:rPr>
              <w:t>Knjigomjer 3, interaktivna radna bilježnica za obradu lektirnih djela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F06570" w14:textId="77777777" w:rsidR="00C04721" w:rsidRDefault="00C04721" w:rsidP="001942BA">
            <w:r>
              <w:rPr>
                <w:rFonts w:ascii="Arial" w:hAnsi="Arial"/>
                <w:sz w:val="14"/>
              </w:rPr>
              <w:t>interaktivna radna bilježnica za obradu lektirnih djela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706309" w14:textId="77777777" w:rsidR="00C04721" w:rsidRDefault="00C04721" w:rsidP="001942BA">
            <w:r>
              <w:rPr>
                <w:rFonts w:ascii="Arial" w:hAnsi="Arial"/>
                <w:sz w:val="14"/>
              </w:rPr>
              <w:t>Violeta Drvenkar, Monika Ružić, Ivančica Toić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9438F1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596C3E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A2F3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0ABA6519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22869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93407B" w14:textId="77777777" w:rsidR="00C04721" w:rsidRDefault="00C04721" w:rsidP="001942BA">
            <w:r>
              <w:rPr>
                <w:rFonts w:ascii="Arial" w:hAnsi="Arial"/>
                <w:sz w:val="14"/>
              </w:rPr>
              <w:t>Zlatna vrata 3, radna bilježnica za pomoć u učenju hrvatskog jezika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1D6383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 za pomoć u učenju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7F4E3D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Krmpotić, Nina Pezelj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E95618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98D20C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BF15F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5B805AF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C524A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303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1D14AE" w14:textId="77777777" w:rsidR="00C04721" w:rsidRDefault="00C04721" w:rsidP="001942BA">
            <w:r>
              <w:rPr>
                <w:rFonts w:ascii="Arial" w:hAnsi="Arial"/>
                <w:sz w:val="14"/>
              </w:rPr>
              <w:t>Pišemo diktat, priručnik za učitelje 3. razreda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AF3F84" w14:textId="77777777" w:rsidR="00C04721" w:rsidRDefault="00C04721" w:rsidP="001942BA">
            <w:r>
              <w:rPr>
                <w:rFonts w:ascii="Arial" w:hAnsi="Arial"/>
                <w:sz w:val="14"/>
              </w:rPr>
              <w:t>priručnik za učitelje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24586F" w14:textId="77777777" w:rsidR="00C04721" w:rsidRDefault="00C04721" w:rsidP="001942BA">
            <w:r>
              <w:rPr>
                <w:rFonts w:ascii="Arial" w:hAnsi="Arial"/>
                <w:sz w:val="14"/>
              </w:rPr>
              <w:t>Ivančica Toić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617DFB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2ACFFC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79F38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728277F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2F405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418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C394A2" w14:textId="77777777" w:rsidR="00C04721" w:rsidRDefault="00C04721" w:rsidP="001942BA">
            <w:r>
              <w:rPr>
                <w:rFonts w:ascii="Arial" w:hAnsi="Arial"/>
                <w:sz w:val="14"/>
              </w:rPr>
              <w:t>Čitam i pišem 3, nastavni listići za treći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29D496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CD27C7" w14:textId="77777777" w:rsidR="00C04721" w:rsidRDefault="00C04721" w:rsidP="001942BA">
            <w:r>
              <w:rPr>
                <w:rFonts w:ascii="Arial" w:hAnsi="Arial"/>
                <w:sz w:val="14"/>
              </w:rPr>
              <w:t>Vlatka Domišljanović, Katarina Aladrović Slovaček, Slavica Pospiš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7BDA5B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749F76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1659D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7187293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41CC5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426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48549D" w14:textId="77777777" w:rsidR="00C04721" w:rsidRDefault="00C04721" w:rsidP="001942BA">
            <w:r>
              <w:rPr>
                <w:rFonts w:ascii="Arial" w:hAnsi="Arial"/>
                <w:sz w:val="14"/>
              </w:rPr>
              <w:t>Škrinjica slova i riječi 3, provjera razumijevanja pročitanoga za redovni i individualizirani program za treći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E2B0F3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AB30AB" w14:textId="77777777" w:rsidR="00C04721" w:rsidRDefault="00C04721" w:rsidP="001942BA">
            <w:r>
              <w:rPr>
                <w:rFonts w:ascii="Arial" w:hAnsi="Arial"/>
                <w:sz w:val="14"/>
              </w:rPr>
              <w:t>Luka Gracin, Sanja Buljeta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7705FB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2D63AB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55902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31F4CEDE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45EE8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510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DCF4D5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 3, nastavni listići za hrvatski jezik u 3.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A95AE8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1153B9" w14:textId="77777777" w:rsidR="00C04721" w:rsidRDefault="00C04721" w:rsidP="001942BA">
            <w:r>
              <w:rPr>
                <w:rFonts w:ascii="Arial" w:hAnsi="Arial"/>
                <w:sz w:val="14"/>
              </w:rPr>
              <w:t>izv. prof. dr. sc. Vesna Budinski, izv. prof. dr. sc. Martina Kolar Billege, Gordana Ivančić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C580BB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 o. 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E832F8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F8197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79E2799D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B0EF8C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JEZIK, MATEMATIKA, PRIRODA I DRUŠTVO</w:t>
            </w:r>
          </w:p>
        </w:tc>
      </w:tr>
      <w:tr w:rsidR="00C04721" w14:paraId="074BC570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607F3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486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FDFCBD" w14:textId="77777777" w:rsidR="00C04721" w:rsidRDefault="00C04721" w:rsidP="001942BA">
            <w:r>
              <w:rPr>
                <w:rFonts w:ascii="Arial" w:hAnsi="Arial"/>
                <w:sz w:val="14"/>
              </w:rPr>
              <w:t>Ponovi za ispit 3, priprema učenika za ispit znanja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D58D44" w14:textId="77777777" w:rsidR="00C04721" w:rsidRDefault="00C04721" w:rsidP="001942BA">
            <w:r>
              <w:rPr>
                <w:rFonts w:ascii="Arial" w:hAnsi="Arial"/>
                <w:sz w:val="14"/>
              </w:rPr>
              <w:t>radni materijali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995128" w14:textId="77777777" w:rsidR="00C04721" w:rsidRDefault="00C04721" w:rsidP="001942BA">
            <w:r>
              <w:rPr>
                <w:rFonts w:ascii="Arial" w:hAnsi="Arial"/>
                <w:sz w:val="14"/>
              </w:rPr>
              <w:t>Gordana Ivančić Maja Križman Roškar, Maja Jelić Kolar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CB6DAF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3B99AE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jezik, Matematika, 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83908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7C9864FC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E216FC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INFORMATIKA</w:t>
            </w:r>
          </w:p>
        </w:tc>
      </w:tr>
      <w:tr w:rsidR="00C04721" w14:paraId="519A0686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67148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112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8B6385" w14:textId="77777777" w:rsidR="00C04721" w:rsidRDefault="00C04721" w:rsidP="001942BA">
            <w:r>
              <w:rPr>
                <w:rFonts w:ascii="Arial" w:hAnsi="Arial"/>
                <w:sz w:val="14"/>
              </w:rPr>
              <w:t>e-SVIJET 3, radna bilježnica informatike za treći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75D57C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8BCCBE" w14:textId="77777777" w:rsidR="00C04721" w:rsidRDefault="00C04721" w:rsidP="001942BA">
            <w:r>
              <w:rPr>
                <w:rFonts w:ascii="Arial" w:hAnsi="Arial"/>
                <w:sz w:val="14"/>
              </w:rPr>
              <w:t>Josipa Blagus, Ana Budojević, Marijana Šundov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3A4E92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E4FDB2" w14:textId="77777777" w:rsidR="00C04721" w:rsidRDefault="00C04721" w:rsidP="001942BA">
            <w:r>
              <w:rPr>
                <w:rFonts w:ascii="Arial" w:hAnsi="Arial"/>
                <w:sz w:val="14"/>
              </w:rPr>
              <w:t>Informatika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E57A8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1CED1ECD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F9242A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KATOLIČKI VJERONAUK</w:t>
            </w:r>
          </w:p>
        </w:tc>
      </w:tr>
      <w:tr w:rsidR="00C04721" w14:paraId="40BAB21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C3532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195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59A6E2" w14:textId="77777777" w:rsidR="00C04721" w:rsidRDefault="00C04721" w:rsidP="001942BA">
            <w:r>
              <w:rPr>
                <w:rFonts w:ascii="Arial" w:hAnsi="Arial"/>
                <w:sz w:val="14"/>
              </w:rPr>
              <w:t>U ljubavi i pomirenju, radna bilježnica za katolički vjeronauk 3. razreda OŠ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63E9EA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11B098" w14:textId="77777777" w:rsidR="00C04721" w:rsidRDefault="00C04721" w:rsidP="001942BA">
            <w:r>
              <w:rPr>
                <w:rFonts w:ascii="Arial" w:hAnsi="Arial"/>
                <w:sz w:val="14"/>
              </w:rPr>
              <w:t>Tihana Petković, Ana Volf, Ivica Pažin, Ante Pavlović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B070FD" w14:textId="77777777" w:rsidR="00C04721" w:rsidRDefault="00C04721" w:rsidP="001942BA">
            <w:r>
              <w:rPr>
                <w:rFonts w:ascii="Arial" w:hAnsi="Arial"/>
                <w:sz w:val="14"/>
              </w:rPr>
              <w:t>Kršćanska sadašnjost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EB757A" w14:textId="77777777" w:rsidR="00C04721" w:rsidRDefault="00C04721" w:rsidP="001942BA">
            <w:r>
              <w:rPr>
                <w:rFonts w:ascii="Arial" w:hAnsi="Arial"/>
                <w:sz w:val="14"/>
              </w:rPr>
              <w:t>Katolički vjeronauk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067B7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6D9367EF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4FB303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MATAMATIKA</w:t>
            </w:r>
          </w:p>
        </w:tc>
      </w:tr>
      <w:tr w:rsidR="00C04721" w14:paraId="66C6AB7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07209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522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7A999F" w14:textId="77777777" w:rsidR="00C04721" w:rsidRDefault="00C04721" w:rsidP="001942BA">
            <w:r>
              <w:rPr>
                <w:rFonts w:ascii="Arial" w:hAnsi="Arial"/>
                <w:sz w:val="14"/>
              </w:rPr>
              <w:t>Matematika 3, nastavni listići za matematiku u 3.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645542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279F69" w14:textId="77777777" w:rsidR="00C04721" w:rsidRDefault="00C04721" w:rsidP="001942BA">
            <w:r>
              <w:rPr>
                <w:rFonts w:ascii="Arial" w:hAnsi="Arial"/>
                <w:sz w:val="14"/>
              </w:rPr>
              <w:t>Marijana Martić, Gordana Ivančić, Jelena Marković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1B8891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 o. 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52DB3F" w14:textId="77777777" w:rsidR="00C04721" w:rsidRDefault="00C04721" w:rsidP="001942BA">
            <w:r>
              <w:rPr>
                <w:rFonts w:ascii="Arial" w:hAnsi="Arial"/>
                <w:sz w:val="14"/>
              </w:rPr>
              <w:t>Matamatika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B1DF0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5B0A5582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AC1764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MATEMATIKA</w:t>
            </w:r>
          </w:p>
        </w:tc>
      </w:tr>
      <w:tr w:rsidR="00C04721" w14:paraId="3DE2546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7F319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120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9D839B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3, zbirka zadataka za matematiku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CEBBC8" w14:textId="77777777" w:rsidR="00C04721" w:rsidRDefault="00C04721" w:rsidP="001942BA">
            <w:r>
              <w:rPr>
                <w:rFonts w:ascii="Arial" w:hAnsi="Arial"/>
                <w:sz w:val="14"/>
              </w:rPr>
              <w:t>zbirka zadataka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06C5C4" w14:textId="77777777" w:rsidR="00C04721" w:rsidRDefault="00C04721" w:rsidP="001942BA">
            <w:r>
              <w:rPr>
                <w:rFonts w:ascii="Arial" w:hAnsi="Arial"/>
                <w:sz w:val="14"/>
              </w:rPr>
              <w:t>Sanja Jakovljević Rogić, Dubravka Miklec,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DDCF70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6BD05B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2516A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682470A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CD413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121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4CE674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3, radna bilježnica za matematiku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31BE72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63C7C5" w14:textId="77777777" w:rsidR="00C04721" w:rsidRDefault="00C04721" w:rsidP="001942BA">
            <w:r>
              <w:rPr>
                <w:rFonts w:ascii="Arial" w:hAnsi="Arial"/>
                <w:sz w:val="14"/>
              </w:rPr>
              <w:t>Sanja Jakovljević Rogić, Dubravka Miklec,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F3BEC9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EB065A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5F82A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56E11A6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036A2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0D0534" w14:textId="77777777" w:rsidR="00C04721" w:rsidRDefault="00C04721" w:rsidP="001942BA">
            <w:r>
              <w:rPr>
                <w:rFonts w:ascii="Arial" w:hAnsi="Arial"/>
                <w:sz w:val="14"/>
              </w:rPr>
              <w:t>Matematika 3, zbirka zadataka iz matematike za treći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8D9952" w14:textId="77777777" w:rsidR="00C04721" w:rsidRDefault="00C04721" w:rsidP="001942BA">
            <w:r>
              <w:rPr>
                <w:rFonts w:ascii="Arial" w:hAnsi="Arial"/>
                <w:sz w:val="14"/>
              </w:rPr>
              <w:t>zbirka zadataka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3FBB54" w14:textId="77777777" w:rsidR="00C04721" w:rsidRDefault="00C04721" w:rsidP="001942BA">
            <w:r>
              <w:rPr>
                <w:rFonts w:ascii="Arial" w:hAnsi="Arial"/>
                <w:sz w:val="14"/>
              </w:rPr>
              <w:t>Josip Markovac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024582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314459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17E60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2EEA2640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BF86B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275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9EE588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3, radna bilježnica za pomoć u učenju matematike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D852D7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 za pomoć u učenju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EF0A67" w14:textId="77777777" w:rsidR="00C04721" w:rsidRDefault="00C04721" w:rsidP="001942BA">
            <w:r>
              <w:rPr>
                <w:rFonts w:ascii="Arial" w:hAnsi="Arial"/>
                <w:sz w:val="14"/>
              </w:rPr>
              <w:t>Sanja Jakovljević Rogić, Dubravka Miklec,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6ED47A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DA3BF8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3B3EE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2B6A62A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CA38D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356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F491C3" w14:textId="77777777" w:rsidR="00C04721" w:rsidRDefault="00C04721" w:rsidP="001942BA">
            <w:r>
              <w:rPr>
                <w:rFonts w:ascii="Arial" w:hAnsi="Arial"/>
                <w:sz w:val="14"/>
              </w:rPr>
              <w:t>Matematika 3, zadatci za dodatnu nastavu matematike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88BC01" w14:textId="77777777" w:rsidR="00C04721" w:rsidRDefault="00C04721" w:rsidP="001942BA">
            <w:r>
              <w:rPr>
                <w:rFonts w:ascii="Arial" w:hAnsi="Arial"/>
                <w:sz w:val="14"/>
              </w:rPr>
              <w:t>zadatci za dodatnu nastavu matematike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A16E38" w14:textId="77777777" w:rsidR="00C04721" w:rsidRDefault="00C04721" w:rsidP="001942BA">
            <w:r>
              <w:rPr>
                <w:rFonts w:ascii="Arial" w:hAnsi="Arial"/>
                <w:sz w:val="14"/>
              </w:rPr>
              <w:t>Marijana Martić, Vesna Blagec, Biserka Obradović, Blanka Mađor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0E3DDA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679010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0E94A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63BAD3C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5858A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360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4E7F72" w14:textId="77777777" w:rsidR="00C04721" w:rsidRDefault="00C04721" w:rsidP="001942BA">
            <w:r>
              <w:rPr>
                <w:rFonts w:ascii="Arial" w:hAnsi="Arial"/>
                <w:sz w:val="14"/>
              </w:rPr>
              <w:t>Otkrivamo matematiku 3, integrirani listići za nastavu matematike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7C24C3" w14:textId="77777777" w:rsidR="00C04721" w:rsidRDefault="00C04721" w:rsidP="001942BA">
            <w:r>
              <w:rPr>
                <w:rFonts w:ascii="Arial" w:hAnsi="Arial"/>
                <w:sz w:val="14"/>
              </w:rPr>
              <w:t>integrirani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9B197E" w14:textId="77777777" w:rsidR="00C04721" w:rsidRDefault="00C04721" w:rsidP="001942BA">
            <w:r>
              <w:rPr>
                <w:rFonts w:ascii="Arial" w:hAnsi="Arial"/>
                <w:sz w:val="14"/>
              </w:rPr>
              <w:t>Gabriela Žokalj, Dubravka Glasnović Gracin, Tanja Soucie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2DC9A5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9D94BB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5FC95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788A167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5C8C8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462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89140E" w14:textId="77777777" w:rsidR="00C04721" w:rsidRDefault="00C04721" w:rsidP="001942BA">
            <w:r>
              <w:rPr>
                <w:rFonts w:ascii="Arial" w:hAnsi="Arial"/>
                <w:sz w:val="14"/>
              </w:rPr>
              <w:t>Otkrivamo matematiku 3, radna bilježnica iz matematike za treći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D32936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E0EB71" w14:textId="77777777" w:rsidR="00C04721" w:rsidRDefault="00C04721" w:rsidP="001942BA">
            <w:r>
              <w:rPr>
                <w:rFonts w:ascii="Arial" w:hAnsi="Arial"/>
                <w:sz w:val="14"/>
              </w:rPr>
              <w:t>dr. sc. Dubravka Glasnović Gracin, Gabriela Žokalj, Tanja Soucie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B4F409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0300FF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49F6B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1A8BACB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8D4446" w14:textId="77777777" w:rsidR="00C04721" w:rsidRDefault="00C04721" w:rsidP="001942BA">
            <w:pPr>
              <w:jc w:val="center"/>
            </w:pP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81184F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3 – nastavni listići za matematiku u trećem razredu OŠ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8E513C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CF5007" w14:textId="77777777" w:rsidR="00C04721" w:rsidRDefault="00C04721" w:rsidP="001942BA">
            <w:r>
              <w:rPr>
                <w:rFonts w:ascii="Arial" w:hAnsi="Arial"/>
                <w:sz w:val="14"/>
              </w:rPr>
              <w:t>Jakovljević Rogić, S., Miklec, D. i Prtajin, G.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3DDF3A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A9A73C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8189A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532293D8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6E5793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PRAKTIČNE VJEŠTINE</w:t>
            </w:r>
          </w:p>
        </w:tc>
      </w:tr>
      <w:tr w:rsidR="00C04721" w14:paraId="2457D965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8E9F9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594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8DEADB" w14:textId="77777777" w:rsidR="00C04721" w:rsidRDefault="00C04721" w:rsidP="001942BA">
            <w:r>
              <w:rPr>
                <w:rFonts w:ascii="Arial" w:hAnsi="Arial"/>
                <w:sz w:val="14"/>
              </w:rPr>
              <w:t>Spretno dijete od glave do pete 3, radni materijal uz radnu bilježnicu za Praktične vještine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779C9E" w14:textId="77777777" w:rsidR="00C04721" w:rsidRDefault="00C04721" w:rsidP="001942BA">
            <w:r>
              <w:rPr>
                <w:rFonts w:ascii="Arial" w:hAnsi="Arial"/>
                <w:sz w:val="14"/>
              </w:rPr>
              <w:t>radni materijal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C010B3" w14:textId="77777777" w:rsidR="00C04721" w:rsidRDefault="00C04721" w:rsidP="001942BA">
            <w:r>
              <w:rPr>
                <w:rFonts w:ascii="Arial" w:hAnsi="Arial"/>
                <w:sz w:val="14"/>
              </w:rPr>
              <w:t>Marija Mapilele, Tihana Bilešić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4D5873" w14:textId="77777777" w:rsidR="00C04721" w:rsidRDefault="00C04721" w:rsidP="001942BA">
            <w:r>
              <w:rPr>
                <w:rFonts w:ascii="Arial" w:hAnsi="Arial"/>
                <w:sz w:val="14"/>
              </w:rPr>
              <w:t>Alfa d. 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47212C" w14:textId="77777777" w:rsidR="00C04721" w:rsidRDefault="00C04721" w:rsidP="001942BA">
            <w:r>
              <w:rPr>
                <w:rFonts w:ascii="Arial" w:hAnsi="Arial"/>
                <w:sz w:val="14"/>
              </w:rPr>
              <w:t>Praktične vještine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D0765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628C91FF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3BB49B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PRIRODA I DRUŠTVO</w:t>
            </w:r>
          </w:p>
        </w:tc>
      </w:tr>
      <w:tr w:rsidR="00C04721" w14:paraId="222A14A7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C9CED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131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11A4FC" w14:textId="77777777" w:rsidR="00C04721" w:rsidRDefault="00C04721" w:rsidP="001942BA">
            <w:r>
              <w:rPr>
                <w:rFonts w:ascii="Arial" w:hAnsi="Arial"/>
                <w:sz w:val="14"/>
              </w:rPr>
              <w:t>Istražujemo naš svijet 3, radna bilježnica za prirodu i društvo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F35A4C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DBEE07" w14:textId="77777777" w:rsidR="00C04721" w:rsidRDefault="00C04721" w:rsidP="001942BA">
            <w:r>
              <w:rPr>
                <w:rFonts w:ascii="Arial" w:hAnsi="Arial"/>
                <w:sz w:val="14"/>
              </w:rPr>
              <w:t>Alena Letina, Tamara Kisovar Ivanda, Zdenko Braičić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4742E9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DE993E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A9CCF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791C3970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66FF1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279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56016E" w14:textId="77777777" w:rsidR="00C04721" w:rsidRDefault="00C04721" w:rsidP="001942BA">
            <w:r>
              <w:rPr>
                <w:rFonts w:ascii="Arial" w:hAnsi="Arial"/>
                <w:sz w:val="14"/>
              </w:rPr>
              <w:t>Istražujemo naš svijet 3, nastavni listići za prirodu i društvo u trećem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81C981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1C2CF5" w14:textId="77777777" w:rsidR="00C04721" w:rsidRDefault="00C04721" w:rsidP="001942BA">
            <w:r>
              <w:rPr>
                <w:rFonts w:ascii="Arial" w:hAnsi="Arial"/>
                <w:sz w:val="14"/>
              </w:rPr>
              <w:t>Maja Bučanac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F59DB4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AFCF0B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A6ABD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4C8E4ED3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D47D1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354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CEC6EC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 3, nastavni listići za 3.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B22C18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525ED3" w14:textId="77777777" w:rsidR="00C04721" w:rsidRDefault="00C04721" w:rsidP="001942BA">
            <w:r>
              <w:rPr>
                <w:rFonts w:ascii="Arial" w:hAnsi="Arial"/>
                <w:sz w:val="14"/>
              </w:rPr>
              <w:t>Nataša Svoboda Arnautov, Sanja Basta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0C90C7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1B111E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6C51E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</w:tr>
      <w:tr w:rsidR="00C04721" w14:paraId="734B73B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72DB15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3. I 4. RAZRED</w:t>
            </w:r>
          </w:p>
        </w:tc>
      </w:tr>
      <w:tr w:rsidR="00C04721" w14:paraId="7FAC5632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A33170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2F2AB8D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73CB6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392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4FF9D4" w14:textId="77777777" w:rsidR="00C04721" w:rsidRDefault="00C04721" w:rsidP="001942BA">
            <w:r>
              <w:rPr>
                <w:rFonts w:ascii="Arial" w:hAnsi="Arial"/>
                <w:sz w:val="14"/>
              </w:rPr>
              <w:t>Zaigrana abeceda, zadatci uz interaktivnu slovaricu za 1. i 2.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2FFCB3" w14:textId="77777777" w:rsidR="00C04721" w:rsidRDefault="00C04721" w:rsidP="001942BA">
            <w:r>
              <w:rPr>
                <w:rFonts w:ascii="Arial" w:hAnsi="Arial"/>
                <w:sz w:val="14"/>
              </w:rPr>
              <w:t>zadatci uz interaktivnu igru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FE5231" w14:textId="77777777" w:rsidR="00C04721" w:rsidRDefault="00C04721" w:rsidP="001942BA">
            <w:r>
              <w:rPr>
                <w:rFonts w:ascii="Arial" w:hAnsi="Arial"/>
                <w:sz w:val="14"/>
              </w:rPr>
              <w:t>Gordana Ivančić, Maja Križman Roškar, Maja Jelić Kolar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A402AF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07C818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94165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 i 4</w:t>
            </w:r>
          </w:p>
        </w:tc>
      </w:tr>
      <w:tr w:rsidR="00C04721" w14:paraId="3AF69631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02D04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471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FCED0A" w14:textId="77777777" w:rsidR="00C04721" w:rsidRDefault="00C04721" w:rsidP="001942BA">
            <w:r>
              <w:rPr>
                <w:rFonts w:ascii="Arial" w:hAnsi="Arial"/>
                <w:sz w:val="14"/>
              </w:rPr>
              <w:t>Pažnja molim! 2. ciklus, komplet aktivnosti za razvoj pažnje za 3./4. razred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1E69C8" w14:textId="77777777" w:rsidR="00C04721" w:rsidRDefault="00C04721" w:rsidP="001942BA">
            <w:r>
              <w:rPr>
                <w:rFonts w:ascii="Arial" w:hAnsi="Arial"/>
                <w:sz w:val="14"/>
              </w:rPr>
              <w:t>komplet aktivnosti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CCECA2" w14:textId="77777777" w:rsidR="00C04721" w:rsidRDefault="00C04721" w:rsidP="001942BA">
            <w:r>
              <w:rPr>
                <w:rFonts w:ascii="Arial" w:hAnsi="Arial"/>
                <w:sz w:val="14"/>
              </w:rPr>
              <w:t>Vlatka Benki Brkić, Jadranka Oberman-Sebenji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9EC790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5AA873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FCF2A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3. i 4.</w:t>
            </w:r>
          </w:p>
        </w:tc>
      </w:tr>
      <w:tr w:rsidR="00C04721" w14:paraId="31438D76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ECA35B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LIKOVNA KULTURA</w:t>
            </w:r>
          </w:p>
        </w:tc>
      </w:tr>
      <w:tr w:rsidR="00C04721" w14:paraId="1C3679C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96B29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420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4D688D" w14:textId="77777777" w:rsidR="00C04721" w:rsidRDefault="00C04721" w:rsidP="001942BA">
            <w:r>
              <w:rPr>
                <w:rFonts w:ascii="Arial" w:hAnsi="Arial"/>
                <w:sz w:val="14"/>
              </w:rPr>
              <w:t>Likovna mapa 3 i 4, likovna mapa s kolažnim papirom za 3. i 4.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B0B713" w14:textId="77777777" w:rsidR="00C04721" w:rsidRDefault="00C04721" w:rsidP="001942BA">
            <w:r>
              <w:rPr>
                <w:rFonts w:ascii="Arial" w:hAnsi="Arial"/>
                <w:sz w:val="14"/>
              </w:rPr>
              <w:t>likovna mapa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6C232D" w14:textId="77777777" w:rsidR="00C04721" w:rsidRDefault="00C04721" w:rsidP="001942BA"/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8E55EE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836A79" w14:textId="77777777" w:rsidR="00C04721" w:rsidRDefault="00C04721" w:rsidP="001942BA">
            <w:r>
              <w:rPr>
                <w:rFonts w:ascii="Arial" w:hAnsi="Arial"/>
                <w:sz w:val="14"/>
              </w:rPr>
              <w:t>Likovna kultura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9863B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3. i.4.</w:t>
            </w:r>
          </w:p>
        </w:tc>
      </w:tr>
      <w:tr w:rsidR="00C04721" w14:paraId="01D60A0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EAFC18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4. RAZRED</w:t>
            </w:r>
          </w:p>
        </w:tc>
      </w:tr>
      <w:tr w:rsidR="00C04721" w14:paraId="638F476C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4B51D6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ENGLESKI JEZIK</w:t>
            </w:r>
          </w:p>
        </w:tc>
      </w:tr>
      <w:tr w:rsidR="00C04721" w14:paraId="7C40F74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B3F26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366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677E30" w14:textId="77777777" w:rsidR="00C04721" w:rsidRDefault="00C04721" w:rsidP="001942BA">
            <w:r>
              <w:rPr>
                <w:rFonts w:ascii="Arial" w:hAnsi="Arial"/>
                <w:sz w:val="14"/>
              </w:rPr>
              <w:t>New Building Blocks 4, radna bilježnica engleskoga jezika za četvrti razred osnovne škole, četvrta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60BB54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 iz engleskoga jezika za četvrti razred osnovne škole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FF285B" w14:textId="77777777" w:rsidR="00C04721" w:rsidRDefault="00C04721" w:rsidP="001942BA">
            <w:r>
              <w:rPr>
                <w:rFonts w:ascii="Arial" w:hAnsi="Arial"/>
                <w:sz w:val="14"/>
              </w:rPr>
              <w:t>Kristina Čajo Anđel, Daška Domljan i Mia Šavrljuga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BC16A8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BE0A1E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96E7A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6DC6E5BC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5C7A26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0359F153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6846A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336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6B10C3" w14:textId="77777777" w:rsidR="00C04721" w:rsidRDefault="00C04721" w:rsidP="001942BA">
            <w:r>
              <w:rPr>
                <w:rFonts w:ascii="Arial" w:hAnsi="Arial"/>
                <w:sz w:val="14"/>
              </w:rPr>
              <w:t>Zlatna vrata 4, radna bilježnica hrvatskoga jezika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6F0D78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646C1D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94853B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C7E31A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603EE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61F408FE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8BA29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344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EA5A59" w14:textId="77777777" w:rsidR="00C04721" w:rsidRDefault="00C04721" w:rsidP="001942BA">
            <w:r>
              <w:rPr>
                <w:rFonts w:ascii="Arial" w:hAnsi="Arial"/>
                <w:sz w:val="14"/>
              </w:rPr>
              <w:t>Knjigomjer 4, interaktivna radna bilježnica za obradu lektirnih djela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98BEBB" w14:textId="77777777" w:rsidR="00C04721" w:rsidRDefault="00C04721" w:rsidP="001942BA">
            <w:r>
              <w:rPr>
                <w:rFonts w:ascii="Arial" w:hAnsi="Arial"/>
                <w:sz w:val="14"/>
              </w:rPr>
              <w:t>interaktivna 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D9E0D5" w14:textId="77777777" w:rsidR="00C04721" w:rsidRDefault="00C04721" w:rsidP="001942BA">
            <w:r>
              <w:rPr>
                <w:rFonts w:ascii="Arial" w:hAnsi="Arial"/>
                <w:sz w:val="14"/>
              </w:rPr>
              <w:t>Violeta Drvenkar, Monika Ružić, Ivančica Toić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92F723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1FD68D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76BB1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79D6C25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09D57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346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4FCE64" w14:textId="77777777" w:rsidR="00C04721" w:rsidRDefault="00C04721" w:rsidP="001942BA">
            <w:r>
              <w:rPr>
                <w:rFonts w:ascii="Arial" w:hAnsi="Arial"/>
                <w:sz w:val="14"/>
              </w:rPr>
              <w:t>Zlatna vrata 4, nastavni listići za hrvatski jezik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AD8BBA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D6174B" w14:textId="77777777" w:rsidR="00C04721" w:rsidRDefault="00C04721" w:rsidP="001942BA">
            <w:r>
              <w:rPr>
                <w:rFonts w:ascii="Arial" w:hAnsi="Arial"/>
                <w:sz w:val="14"/>
              </w:rPr>
              <w:t>Sonja Ivić, Marija Krmpotić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485EFA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7088A5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36E40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294D163B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E9C591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INFORMATIKA</w:t>
            </w:r>
          </w:p>
        </w:tc>
      </w:tr>
      <w:tr w:rsidR="00C04721" w14:paraId="78A0719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5AA50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113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7913D1" w14:textId="77777777" w:rsidR="00C04721" w:rsidRDefault="00C04721" w:rsidP="001942BA">
            <w:r>
              <w:rPr>
                <w:rFonts w:ascii="Arial" w:hAnsi="Arial"/>
                <w:sz w:val="14"/>
              </w:rPr>
              <w:t>e-SVIJET 4, radna bilježnica za informatiku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FA2DD0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BC6C30" w14:textId="77777777" w:rsidR="00C04721" w:rsidRDefault="00C04721" w:rsidP="001942BA">
            <w:r>
              <w:rPr>
                <w:rFonts w:ascii="Arial" w:hAnsi="Arial"/>
                <w:sz w:val="14"/>
              </w:rPr>
              <w:t>Josipa Blagus, Nataša Ljubić Klemše, Ivana Ružić, Mario Stančić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8F4F4C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E1D2C6" w14:textId="77777777" w:rsidR="00C04721" w:rsidRDefault="00C04721" w:rsidP="001942BA">
            <w:r>
              <w:rPr>
                <w:rFonts w:ascii="Arial" w:hAnsi="Arial"/>
                <w:sz w:val="14"/>
              </w:rPr>
              <w:t>Informatika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5FF0A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57278F64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33754B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KATOLIČKI VJERONAUK</w:t>
            </w:r>
          </w:p>
        </w:tc>
      </w:tr>
      <w:tr w:rsidR="00C04721" w14:paraId="25D1D9B7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B4E4A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384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B538D4" w14:textId="77777777" w:rsidR="00C04721" w:rsidRDefault="00C04721" w:rsidP="001942BA">
            <w:r>
              <w:rPr>
                <w:rFonts w:ascii="Arial" w:hAnsi="Arial"/>
                <w:sz w:val="14"/>
              </w:rPr>
              <w:t>Darovi vjere i zajedništva, radna bilježnica za katolički vjeronauk 4. razreda OŠ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520C82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B6BBDB" w14:textId="77777777" w:rsidR="00C04721" w:rsidRDefault="00C04721" w:rsidP="001942BA">
            <w:r>
              <w:rPr>
                <w:rFonts w:ascii="Arial" w:hAnsi="Arial"/>
                <w:sz w:val="14"/>
              </w:rPr>
              <w:t>Ivica Pažin, Ante Pavlović, Ana Volf, Tihana Petković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519839" w14:textId="77777777" w:rsidR="00C04721" w:rsidRDefault="00C04721" w:rsidP="001942BA">
            <w:r>
              <w:rPr>
                <w:rFonts w:ascii="Arial" w:hAnsi="Arial"/>
                <w:sz w:val="14"/>
              </w:rPr>
              <w:t>Kršćanska sadašnjost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49B07B" w14:textId="77777777" w:rsidR="00C04721" w:rsidRDefault="00C04721" w:rsidP="001942BA">
            <w:r>
              <w:rPr>
                <w:rFonts w:ascii="Arial" w:hAnsi="Arial"/>
                <w:sz w:val="14"/>
              </w:rPr>
              <w:t>Katolički vjeronauk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04162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75093925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9A0044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MATEMATIKA</w:t>
            </w:r>
          </w:p>
        </w:tc>
      </w:tr>
      <w:tr w:rsidR="00C04721" w14:paraId="577A1DF7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E237C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338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839AF2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4, radna bilježnica za matematiku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DC3045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34B8A8" w14:textId="77777777" w:rsidR="00C04721" w:rsidRDefault="00C04721" w:rsidP="001942BA">
            <w:r>
              <w:rPr>
                <w:rFonts w:ascii="Arial" w:hAnsi="Arial"/>
                <w:sz w:val="14"/>
              </w:rPr>
              <w:t>Sanja Jakovljević Rogić, Dubravka Miklec,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9CECF5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3B4A73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A3D04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48F9FAA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DC756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342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90E71A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4, nastavni listići za matematiku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FEC5DB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F96B9B" w14:textId="77777777" w:rsidR="00C04721" w:rsidRDefault="00C04721" w:rsidP="001942BA">
            <w:r>
              <w:rPr>
                <w:rFonts w:ascii="Arial" w:hAnsi="Arial"/>
                <w:sz w:val="14"/>
              </w:rPr>
              <w:t>Sanja Jakovljević Rogić, Dubravka Miklec,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A1D554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81BDF2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60E33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6AB07DA5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1145D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398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B1F26B" w14:textId="77777777" w:rsidR="00C04721" w:rsidRDefault="00C04721" w:rsidP="001942BA">
            <w:r>
              <w:rPr>
                <w:rFonts w:ascii="Arial" w:hAnsi="Arial"/>
                <w:sz w:val="14"/>
              </w:rPr>
              <w:t>Moj sretni broj 4, zbirka zadataka za matematiku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ADE97B" w14:textId="77777777" w:rsidR="00C04721" w:rsidRDefault="00C04721" w:rsidP="001942BA">
            <w:r>
              <w:rPr>
                <w:rFonts w:ascii="Arial" w:hAnsi="Arial"/>
                <w:sz w:val="14"/>
              </w:rPr>
              <w:t>zbirka zadataka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E30221" w14:textId="77777777" w:rsidR="00C04721" w:rsidRDefault="00C04721" w:rsidP="001942BA">
            <w:r>
              <w:rPr>
                <w:rFonts w:ascii="Arial" w:hAnsi="Arial"/>
                <w:sz w:val="14"/>
              </w:rPr>
              <w:t>Sanja Jakovljević Rogić, Dubravka Miklec, Graciella Prtajin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D57BCA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FAB904" w14:textId="77777777" w:rsidR="00C04721" w:rsidRDefault="00C04721" w:rsidP="001942BA">
            <w:r>
              <w:rPr>
                <w:rFonts w:ascii="Arial" w:hAnsi="Arial"/>
                <w:sz w:val="14"/>
              </w:rPr>
              <w:t>Matematika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98B6F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6027EEB2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D10134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PRIRODA I DRUŠTVO</w:t>
            </w:r>
          </w:p>
        </w:tc>
      </w:tr>
      <w:tr w:rsidR="00C04721" w14:paraId="03E6E54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FD157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342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2CE778" w14:textId="77777777" w:rsidR="00C04721" w:rsidRDefault="00C04721" w:rsidP="001942BA">
            <w:r>
              <w:rPr>
                <w:rFonts w:ascii="Arial" w:hAnsi="Arial"/>
                <w:sz w:val="14"/>
              </w:rPr>
              <w:t>Istražujemo naš svijet 4, radna bilježnica za prirodu i društvo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B8C8D3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FD2583" w14:textId="77777777" w:rsidR="00C04721" w:rsidRDefault="00C04721" w:rsidP="001942BA">
            <w:r>
              <w:rPr>
                <w:rFonts w:ascii="Arial" w:hAnsi="Arial"/>
                <w:sz w:val="14"/>
              </w:rPr>
              <w:t>Tamara Kisovar Ivanda, Alena Letina, Zdenko Braičić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94EAC9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FFCC7A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544BA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3B5CE5D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F7148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343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DB9EA3" w14:textId="77777777" w:rsidR="00C04721" w:rsidRDefault="00C04721" w:rsidP="001942BA">
            <w:r>
              <w:rPr>
                <w:rFonts w:ascii="Arial" w:hAnsi="Arial"/>
                <w:sz w:val="14"/>
              </w:rPr>
              <w:t>Istražujemo naš svijet 4, nastavni listići za prirodu i društvo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61CF5E" w14:textId="77777777" w:rsidR="00C04721" w:rsidRDefault="00C04721" w:rsidP="001942BA">
            <w:r>
              <w:rPr>
                <w:rFonts w:ascii="Arial" w:hAnsi="Arial"/>
                <w:sz w:val="14"/>
              </w:rPr>
              <w:t>nastavni listići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5D4888" w14:textId="77777777" w:rsidR="00C04721" w:rsidRDefault="00C04721" w:rsidP="001942BA">
            <w:r>
              <w:rPr>
                <w:rFonts w:ascii="Arial" w:hAnsi="Arial"/>
                <w:sz w:val="14"/>
              </w:rPr>
              <w:t>Stjepan Krjaček, Alena Letina, Tamara Kisovar Ivanda, Martina Kolobarićš, Valentina Barun, Nevenka Ferenčak, Marijana Tečić, Dražen Kalogjera, Anita Kalogjera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B434C9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5A09BD" w14:textId="77777777" w:rsidR="00C04721" w:rsidRDefault="00C04721" w:rsidP="001942BA">
            <w:r>
              <w:rPr>
                <w:rFonts w:ascii="Arial" w:hAnsi="Arial"/>
                <w:sz w:val="14"/>
              </w:rPr>
              <w:t>Priroda i društvo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34884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  <w:tr w:rsidR="00C04721" w14:paraId="4FFEB0BE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EAE922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TALIJANSKI JEZIK</w:t>
            </w:r>
          </w:p>
        </w:tc>
      </w:tr>
      <w:tr w:rsidR="00C04721" w14:paraId="104CD11E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CF385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352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B27C10" w14:textId="77777777" w:rsidR="00C04721" w:rsidRDefault="00C04721" w:rsidP="001942BA">
            <w:r>
              <w:rPr>
                <w:rFonts w:ascii="Arial" w:hAnsi="Arial"/>
                <w:sz w:val="14"/>
              </w:rPr>
              <w:t>Parolandia 1, trening jezičnih vještina iz talijanskog jezika u četvrtom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4E4CDA" w14:textId="77777777" w:rsidR="00C04721" w:rsidRDefault="00C04721" w:rsidP="001942BA">
            <w:r>
              <w:rPr>
                <w:rFonts w:ascii="Arial" w:hAnsi="Arial"/>
                <w:sz w:val="14"/>
              </w:rPr>
              <w:t>trening jezičnih vještina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E71545" w14:textId="77777777" w:rsidR="00C04721" w:rsidRDefault="00C04721" w:rsidP="001942BA">
            <w:r>
              <w:rPr>
                <w:rFonts w:ascii="Arial" w:hAnsi="Arial"/>
                <w:sz w:val="14"/>
              </w:rPr>
              <w:t>Dubravka Novak, Silvia Venchiarutti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27DC3E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39311B" w14:textId="77777777" w:rsidR="00C04721" w:rsidRDefault="00C04721" w:rsidP="001942BA">
            <w:r>
              <w:rPr>
                <w:rFonts w:ascii="Arial" w:hAnsi="Arial"/>
                <w:sz w:val="14"/>
              </w:rPr>
              <w:t>Talijanski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1DB8F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</w:tr>
    </w:tbl>
    <w:p w14:paraId="6DFF1E2C" w14:textId="77777777" w:rsidR="00C04721" w:rsidRDefault="00C04721" w:rsidP="00C04721">
      <w:r>
        <w:br w:type="page"/>
      </w:r>
    </w:p>
    <w:p w14:paraId="6F35799D" w14:textId="77777777" w:rsidR="00C04721" w:rsidRDefault="00C04721" w:rsidP="00C04721">
      <w:pPr>
        <w:spacing w:after="20"/>
      </w:pPr>
      <w:r>
        <w:rPr>
          <w:rFonts w:ascii="Arial" w:hAnsi="Arial"/>
          <w:b/>
          <w:color w:val="1F4E79"/>
          <w:sz w:val="30"/>
        </w:rPr>
        <w:lastRenderedPageBreak/>
        <w:t>Predmetna nastava</w:t>
      </w:r>
    </w:p>
    <w:p w14:paraId="71877125" w14:textId="0BC4C746" w:rsidR="00C04721" w:rsidRDefault="00C04721" w:rsidP="00C04721">
      <w:pPr>
        <w:spacing w:after="100"/>
      </w:pPr>
      <w:bookmarkStart w:id="1" w:name="_GoBack"/>
      <w:bookmarkEnd w:id="1"/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1"/>
        <w:gridCol w:w="4003"/>
        <w:gridCol w:w="1944"/>
        <w:gridCol w:w="3067"/>
        <w:gridCol w:w="1814"/>
        <w:gridCol w:w="1872"/>
        <w:gridCol w:w="1211"/>
      </w:tblGrid>
      <w:tr w:rsidR="00C04721" w14:paraId="321E4BB2" w14:textId="77777777" w:rsidTr="001942BA">
        <w:trPr>
          <w:trHeight w:val="440"/>
          <w:tblHeader/>
          <w:jc w:val="center"/>
        </w:trPr>
        <w:tc>
          <w:tcPr>
            <w:tcW w:w="691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0C950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Red. br.</w:t>
            </w:r>
          </w:p>
        </w:tc>
        <w:tc>
          <w:tcPr>
            <w:tcW w:w="4003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BEC9E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Naslov</w:t>
            </w:r>
          </w:p>
        </w:tc>
        <w:tc>
          <w:tcPr>
            <w:tcW w:w="1944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543C9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Vrsta izdanja</w:t>
            </w:r>
          </w:p>
        </w:tc>
        <w:tc>
          <w:tcPr>
            <w:tcW w:w="3067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A65ED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Autori</w:t>
            </w:r>
          </w:p>
        </w:tc>
        <w:tc>
          <w:tcPr>
            <w:tcW w:w="1814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91A8C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Nakladnik</w:t>
            </w:r>
          </w:p>
        </w:tc>
        <w:tc>
          <w:tcPr>
            <w:tcW w:w="1872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050DD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Predmet</w:t>
            </w:r>
          </w:p>
        </w:tc>
        <w:tc>
          <w:tcPr>
            <w:tcW w:w="907" w:type="dxa"/>
            <w:shd w:val="clear" w:color="auto" w:fill="1F4E7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F0133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Razred</w:t>
            </w:r>
          </w:p>
        </w:tc>
      </w:tr>
      <w:tr w:rsidR="00C04721" w14:paraId="03650D95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4ACB46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5. RAZRED</w:t>
            </w:r>
          </w:p>
        </w:tc>
      </w:tr>
      <w:tr w:rsidR="00C04721" w14:paraId="2036FEBC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C6B5BD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ENGLESKI JEZIK</w:t>
            </w:r>
          </w:p>
        </w:tc>
      </w:tr>
      <w:tr w:rsidR="00C04721" w14:paraId="2987655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D73B6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0FA939" w14:textId="77777777" w:rsidR="00C04721" w:rsidRDefault="00C04721" w:rsidP="001942BA">
            <w:r>
              <w:rPr>
                <w:rFonts w:ascii="Arial" w:hAnsi="Arial"/>
                <w:sz w:val="14"/>
              </w:rPr>
              <w:t>Hello, World! 5, radna bilježnica iz engleskoga jezika za peti razred osnovne škole, peta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DBEDD0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3F1303" w14:textId="77777777" w:rsidR="00C04721" w:rsidRDefault="00C04721" w:rsidP="001942BA">
            <w:r>
              <w:rPr>
                <w:rFonts w:ascii="Arial" w:hAnsi="Arial"/>
                <w:sz w:val="14"/>
              </w:rPr>
              <w:t>Ivana Karin, Marinko Uremović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C93ABF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DF9783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C46C9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</w:t>
            </w:r>
          </w:p>
        </w:tc>
      </w:tr>
      <w:tr w:rsidR="00C04721" w14:paraId="496F97C4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480EE1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GEOGRAFIJA</w:t>
            </w:r>
          </w:p>
        </w:tc>
      </w:tr>
      <w:tr w:rsidR="00C04721" w14:paraId="732B7887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1E25B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9A1D25" w14:textId="77777777" w:rsidR="00C04721" w:rsidRDefault="00C04721" w:rsidP="001942BA">
            <w:r>
              <w:rPr>
                <w:rFonts w:ascii="Arial" w:hAnsi="Arial"/>
                <w:sz w:val="14"/>
              </w:rPr>
              <w:t>Moja Zemlja 1, radna bilježnica iz geografije za peti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5D06B5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D727BF" w14:textId="77777777" w:rsidR="00C04721" w:rsidRDefault="00C04721" w:rsidP="001942BA">
            <w:r>
              <w:rPr>
                <w:rFonts w:ascii="Arial" w:hAnsi="Arial"/>
                <w:sz w:val="14"/>
              </w:rPr>
              <w:t>Ivan Gambiroža, Josip Jukić, Dinko Marin, Ana Mesić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1C83A2" w14:textId="77777777" w:rsidR="00C04721" w:rsidRDefault="00C04721" w:rsidP="001942BA">
            <w:r>
              <w:rPr>
                <w:rFonts w:ascii="Arial" w:hAnsi="Arial"/>
                <w:sz w:val="14"/>
              </w:rPr>
              <w:t>ALFA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F2AF01" w14:textId="77777777" w:rsidR="00C04721" w:rsidRDefault="00C04721" w:rsidP="001942BA">
            <w:r>
              <w:rPr>
                <w:rFonts w:ascii="Arial" w:hAnsi="Arial"/>
                <w:sz w:val="14"/>
              </w:rPr>
              <w:t>Geografija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3061F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</w:t>
            </w:r>
          </w:p>
        </w:tc>
      </w:tr>
      <w:tr w:rsidR="00C04721" w14:paraId="6F25C65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BBC29C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6D44C6E5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36F87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E770B5" w14:textId="77777777" w:rsidR="00C04721" w:rsidRDefault="00C04721" w:rsidP="001942BA">
            <w:r>
              <w:rPr>
                <w:rFonts w:ascii="Arial" w:hAnsi="Arial"/>
                <w:sz w:val="14"/>
              </w:rPr>
              <w:t>Hrvatska krijesnica, radna bilježnica za jezik, komunikaciju i književnost za V.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DBAA6A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259C78" w14:textId="77777777" w:rsidR="00C04721" w:rsidRDefault="00C04721" w:rsidP="001942BA">
            <w:r>
              <w:rPr>
                <w:rFonts w:ascii="Arial" w:hAnsi="Arial"/>
                <w:sz w:val="14"/>
              </w:rPr>
              <w:t>Slavica Kovač, Mirjana Jukić, Danijela Zagorec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F07A17" w14:textId="77777777" w:rsidR="00C04721" w:rsidRDefault="00C04721" w:rsidP="001942BA">
            <w:r>
              <w:rPr>
                <w:rFonts w:ascii="Arial" w:hAnsi="Arial"/>
                <w:sz w:val="14"/>
              </w:rPr>
              <w:t>NAKLADA LJEVAK doo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889DAC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1596B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</w:t>
            </w:r>
          </w:p>
        </w:tc>
      </w:tr>
      <w:tr w:rsidR="00C04721" w14:paraId="4A5DB003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8F3129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INFORMATIKA</w:t>
            </w:r>
          </w:p>
        </w:tc>
      </w:tr>
      <w:tr w:rsidR="00C04721" w14:paraId="52E8D3E1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362CD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625AF1" w14:textId="77777777" w:rsidR="00C04721" w:rsidRDefault="00C04721" w:rsidP="001942BA">
            <w:r>
              <w:rPr>
                <w:rFonts w:ascii="Arial" w:hAnsi="Arial"/>
                <w:sz w:val="14"/>
              </w:rPr>
              <w:t>Informatika 5, radna bilježnica iz informatike za 5.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47A38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59FD17" w14:textId="77777777" w:rsidR="00C04721" w:rsidRDefault="00C04721" w:rsidP="001942BA">
            <w:r>
              <w:rPr>
                <w:rFonts w:ascii="Arial" w:hAnsi="Arial"/>
                <w:sz w:val="14"/>
              </w:rPr>
              <w:t>Vedrana Gregurić, Nenad Hajdinjak, Milana Jakšić, Boris Počuča, Darko Rakić, Silvana Svetiličić, Davor Šokac, Dragan Vlajinić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4F1CEC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153ABC" w14:textId="77777777" w:rsidR="00C04721" w:rsidRDefault="00C04721" w:rsidP="001942BA">
            <w:r>
              <w:rPr>
                <w:rFonts w:ascii="Arial" w:hAnsi="Arial"/>
                <w:sz w:val="14"/>
              </w:rPr>
              <w:t>Informatika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7B368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</w:t>
            </w:r>
          </w:p>
        </w:tc>
      </w:tr>
      <w:tr w:rsidR="00C04721" w14:paraId="50503E9B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1546F7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KATOLIČKI VJERONAUK</w:t>
            </w:r>
          </w:p>
        </w:tc>
      </w:tr>
      <w:tr w:rsidR="00C04721" w14:paraId="1B8E9A1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7EA81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418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031D6C" w14:textId="77777777" w:rsidR="00C04721" w:rsidRDefault="00C04721" w:rsidP="001942BA">
            <w:r>
              <w:rPr>
                <w:rFonts w:ascii="Arial" w:hAnsi="Arial"/>
                <w:sz w:val="14"/>
              </w:rPr>
              <w:t>Učitelju, gdje stanuješ? (Iv 1,38), radna bilježnica za katolički vjeronauk 5. razreda OŠ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8C9260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D8340E" w14:textId="77777777" w:rsidR="00C04721" w:rsidRDefault="00C04721" w:rsidP="001942BA">
            <w:r>
              <w:rPr>
                <w:rFonts w:ascii="Arial" w:hAnsi="Arial"/>
                <w:sz w:val="14"/>
              </w:rPr>
              <w:t>Mirjana Novak, Barbara Sipina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51EC5B" w14:textId="77777777" w:rsidR="00C04721" w:rsidRDefault="00C04721" w:rsidP="001942BA">
            <w:r>
              <w:rPr>
                <w:rFonts w:ascii="Arial" w:hAnsi="Arial"/>
                <w:sz w:val="14"/>
              </w:rPr>
              <w:t>Kršćanska sadašnjost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E52EDC" w14:textId="77777777" w:rsidR="00C04721" w:rsidRDefault="00C04721" w:rsidP="001942BA">
            <w:r>
              <w:rPr>
                <w:rFonts w:ascii="Arial" w:hAnsi="Arial"/>
                <w:sz w:val="14"/>
              </w:rPr>
              <w:t>Katolički vjeronauk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43728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 razred</w:t>
            </w:r>
          </w:p>
        </w:tc>
      </w:tr>
      <w:tr w:rsidR="00C04721" w14:paraId="4AEB910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BB0CEC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POVIJEST</w:t>
            </w:r>
          </w:p>
        </w:tc>
      </w:tr>
      <w:tr w:rsidR="00C04721" w14:paraId="32C766F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27847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11E202" w14:textId="77777777" w:rsidR="00C04721" w:rsidRDefault="00C04721" w:rsidP="001942BA">
            <w:r>
              <w:rPr>
                <w:rFonts w:ascii="Arial" w:hAnsi="Arial"/>
                <w:sz w:val="14"/>
              </w:rPr>
              <w:t>Klio 5, radna bilježnica za povijest u petom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184E93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8B542A" w14:textId="77777777" w:rsidR="00C04721" w:rsidRDefault="00C04721" w:rsidP="001942BA">
            <w:r>
              <w:rPr>
                <w:rFonts w:ascii="Arial" w:hAnsi="Arial"/>
                <w:sz w:val="14"/>
              </w:rPr>
              <w:t>Sonja Banić, Tina Matanić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28A55A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 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5C3C38" w14:textId="77777777" w:rsidR="00C04721" w:rsidRDefault="00C04721" w:rsidP="001942BA">
            <w:r>
              <w:rPr>
                <w:rFonts w:ascii="Arial" w:hAnsi="Arial"/>
                <w:sz w:val="14"/>
              </w:rPr>
              <w:t>Povijest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7F17F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</w:t>
            </w:r>
          </w:p>
        </w:tc>
      </w:tr>
      <w:tr w:rsidR="00C04721" w14:paraId="7C398B91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C55ACF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PRIRODA</w:t>
            </w:r>
          </w:p>
        </w:tc>
      </w:tr>
      <w:tr w:rsidR="00C04721" w14:paraId="4BB0A4A0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AC27B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7D9DC8" w14:textId="77777777" w:rsidR="00C04721" w:rsidRDefault="00C04721" w:rsidP="001942BA">
            <w:r>
              <w:rPr>
                <w:rFonts w:ascii="Arial" w:hAnsi="Arial"/>
                <w:sz w:val="14"/>
              </w:rPr>
              <w:t>Priroda 5, radna bilježnica iz prirode za peti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1AE1D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57BDD1" w14:textId="77777777" w:rsidR="00C04721" w:rsidRDefault="00C04721" w:rsidP="001942BA">
            <w:r>
              <w:rPr>
                <w:rFonts w:ascii="Arial" w:hAnsi="Arial"/>
                <w:sz w:val="14"/>
              </w:rPr>
              <w:t>Ana Bakarić, Marijana Bastić, Valerija Begić, Bernarda Kralj Golub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19CF4C" w14:textId="77777777" w:rsidR="00C04721" w:rsidRDefault="00C04721" w:rsidP="001942BA">
            <w:r>
              <w:rPr>
                <w:rFonts w:ascii="Arial" w:hAnsi="Arial"/>
                <w:sz w:val="14"/>
              </w:rPr>
              <w:t>ALFA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325E51" w14:textId="77777777" w:rsidR="00C04721" w:rsidRDefault="00C04721" w:rsidP="001942BA">
            <w:r>
              <w:rPr>
                <w:rFonts w:ascii="Arial" w:hAnsi="Arial"/>
                <w:sz w:val="14"/>
              </w:rPr>
              <w:t>Priroda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591CB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</w:t>
            </w:r>
          </w:p>
        </w:tc>
      </w:tr>
      <w:tr w:rsidR="00C04721" w14:paraId="2394CA4A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A874C7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TALIJANSKI JEZIK</w:t>
            </w:r>
          </w:p>
        </w:tc>
      </w:tr>
      <w:tr w:rsidR="00C04721" w14:paraId="7C50548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21441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89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3ECE18" w14:textId="77777777" w:rsidR="00C04721" w:rsidRDefault="00C04721" w:rsidP="001942BA">
            <w:r>
              <w:rPr>
                <w:rFonts w:ascii="Arial" w:hAnsi="Arial"/>
                <w:sz w:val="14"/>
              </w:rPr>
              <w:t>Ragazzini.it 2, radna bilježnica za talijanski jezik u petom razredu osnovne škole, 2.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756C72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CE49D3" w14:textId="77777777" w:rsidR="00C04721" w:rsidRDefault="00C04721" w:rsidP="001942BA">
            <w:r>
              <w:rPr>
                <w:rFonts w:ascii="Arial" w:hAnsi="Arial"/>
                <w:sz w:val="14"/>
              </w:rPr>
              <w:t>Nina Karković, Andreja Mrkonjić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F2F999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5E232C" w14:textId="77777777" w:rsidR="00C04721" w:rsidRDefault="00C04721" w:rsidP="001942BA">
            <w:r>
              <w:rPr>
                <w:rFonts w:ascii="Arial" w:hAnsi="Arial"/>
                <w:sz w:val="14"/>
              </w:rPr>
              <w:t>Talijanski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78187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</w:t>
            </w:r>
          </w:p>
        </w:tc>
      </w:tr>
      <w:tr w:rsidR="00C04721" w14:paraId="6557939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C73561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TEHNIČKA KULTURA</w:t>
            </w:r>
          </w:p>
        </w:tc>
      </w:tr>
      <w:tr w:rsidR="00C04721" w14:paraId="6C1E9C6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C6016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3024A2" w14:textId="77777777" w:rsidR="00C04721" w:rsidRDefault="00C04721" w:rsidP="001942BA">
            <w:r>
              <w:rPr>
                <w:rFonts w:ascii="Arial" w:hAnsi="Arial"/>
                <w:sz w:val="14"/>
              </w:rPr>
              <w:t>TK5, radni materijali za vođenje vježbi i praktičnog rada iz tehničke kulture za peti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FA2376" w14:textId="77777777" w:rsidR="00C04721" w:rsidRDefault="00C04721" w:rsidP="001942BA">
            <w:r>
              <w:rPr>
                <w:rFonts w:ascii="Arial" w:hAnsi="Arial"/>
                <w:sz w:val="14"/>
              </w:rPr>
              <w:t>radni materijali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2F19B7" w14:textId="77777777" w:rsidR="00C04721" w:rsidRDefault="00C04721" w:rsidP="001942BA">
            <w:r>
              <w:rPr>
                <w:rFonts w:ascii="Arial" w:hAnsi="Arial"/>
                <w:sz w:val="14"/>
              </w:rPr>
              <w:t>FanY Bilić, Damir Ereš, Ružica Gulam , Ana Majić, Tijana Martić, Darko Suman, Mato Šimunović, Leon Zakanji, Tamara Valčić, Marijan Vinković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FA75FE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8D7C6C" w14:textId="77777777" w:rsidR="00C04721" w:rsidRDefault="00C04721" w:rsidP="001942BA">
            <w:r>
              <w:rPr>
                <w:rFonts w:ascii="Arial" w:hAnsi="Arial"/>
                <w:sz w:val="14"/>
              </w:rPr>
              <w:t>Tehnička kultura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EB0B5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</w:t>
            </w:r>
          </w:p>
        </w:tc>
      </w:tr>
      <w:tr w:rsidR="00C04721" w14:paraId="7123C2AF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625A01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5. I 6. RAZRED</w:t>
            </w:r>
          </w:p>
        </w:tc>
      </w:tr>
      <w:tr w:rsidR="00C04721" w14:paraId="42BDBB98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F0AA31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LIKOVNA KULTURA</w:t>
            </w:r>
          </w:p>
        </w:tc>
      </w:tr>
      <w:tr w:rsidR="00C04721" w14:paraId="0DA7EDCB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D28CF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591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77866C" w14:textId="77777777" w:rsidR="00C04721" w:rsidRDefault="00C04721" w:rsidP="001942BA">
            <w:r>
              <w:rPr>
                <w:rFonts w:ascii="Arial" w:hAnsi="Arial"/>
                <w:sz w:val="14"/>
              </w:rPr>
              <w:t>Likovna mapa 5 i 6, likovna mapa s kolaž papirima i raster-papirima za peti i šesti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6CC622" w14:textId="77777777" w:rsidR="00C04721" w:rsidRDefault="00C04721" w:rsidP="001942BA">
            <w:r>
              <w:rPr>
                <w:rFonts w:ascii="Arial" w:hAnsi="Arial"/>
                <w:sz w:val="14"/>
              </w:rPr>
              <w:t>likovna mapa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F9EB94" w14:textId="77777777" w:rsidR="00C04721" w:rsidRDefault="00C04721" w:rsidP="001942BA"/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CF75D0" w14:textId="77777777" w:rsidR="00C04721" w:rsidRDefault="00C04721" w:rsidP="001942BA">
            <w:r>
              <w:rPr>
                <w:rFonts w:ascii="Arial" w:hAnsi="Arial"/>
                <w:sz w:val="14"/>
              </w:rPr>
              <w:t>Alfa d. 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E79FBB" w14:textId="77777777" w:rsidR="00C04721" w:rsidRDefault="00C04721" w:rsidP="001942BA">
            <w:r>
              <w:rPr>
                <w:rFonts w:ascii="Arial" w:hAnsi="Arial"/>
                <w:sz w:val="14"/>
              </w:rPr>
              <w:t>Likovna kultura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E7836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 i 6.</w:t>
            </w:r>
          </w:p>
        </w:tc>
      </w:tr>
      <w:tr w:rsidR="00C04721" w14:paraId="6628D482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5A3825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5. DO 8. RAZRED</w:t>
            </w:r>
          </w:p>
        </w:tc>
      </w:tr>
      <w:tr w:rsidR="00C04721" w14:paraId="498E6C62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6D5CD0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GEOGRAFIJA</w:t>
            </w:r>
          </w:p>
        </w:tc>
      </w:tr>
      <w:tr w:rsidR="00C04721" w14:paraId="6E6ADE0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E0B6C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CFEB13" w14:textId="77777777" w:rsidR="00C04721" w:rsidRDefault="00C04721" w:rsidP="001942BA">
            <w:r>
              <w:rPr>
                <w:rFonts w:ascii="Arial" w:hAnsi="Arial"/>
                <w:sz w:val="14"/>
              </w:rPr>
              <w:t>GEOGRAFSKI ATLAS za osnovnu školu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79ED2C" w14:textId="77777777" w:rsidR="00C04721" w:rsidRDefault="00C04721" w:rsidP="001942BA">
            <w:r>
              <w:rPr>
                <w:rFonts w:ascii="Arial" w:hAnsi="Arial"/>
                <w:sz w:val="14"/>
              </w:rPr>
              <w:t>geografski atlas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8CB6CF" w14:textId="77777777" w:rsidR="00C04721" w:rsidRDefault="00C04721" w:rsidP="001942BA">
            <w:r>
              <w:rPr>
                <w:rFonts w:ascii="Arial" w:hAnsi="Arial"/>
                <w:sz w:val="14"/>
              </w:rPr>
              <w:t>skupina autora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4DFD7D" w14:textId="77777777" w:rsidR="00C04721" w:rsidRDefault="00C04721" w:rsidP="001942BA">
            <w:r>
              <w:rPr>
                <w:rFonts w:ascii="Arial" w:hAnsi="Arial"/>
                <w:sz w:val="14"/>
              </w:rPr>
              <w:t>Hrvatska školska kartografija i 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027987" w14:textId="77777777" w:rsidR="00C04721" w:rsidRDefault="00C04721" w:rsidP="001942BA">
            <w:r>
              <w:rPr>
                <w:rFonts w:ascii="Arial" w:hAnsi="Arial"/>
                <w:sz w:val="14"/>
              </w:rPr>
              <w:t>Geografija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FD171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5. do 8.</w:t>
            </w:r>
          </w:p>
        </w:tc>
      </w:tr>
      <w:tr w:rsidR="00C04721" w14:paraId="229420C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D3F614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6. RAZRED</w:t>
            </w:r>
          </w:p>
        </w:tc>
      </w:tr>
      <w:tr w:rsidR="00C04721" w14:paraId="2F107CA8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BA3F05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ENGLESKI JEZIK</w:t>
            </w:r>
          </w:p>
        </w:tc>
      </w:tr>
      <w:tr w:rsidR="00C04721" w14:paraId="1F01C9F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8B0AB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209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2674C8" w14:textId="77777777" w:rsidR="00C04721" w:rsidRDefault="00C04721" w:rsidP="001942BA">
            <w:r>
              <w:rPr>
                <w:rFonts w:ascii="Arial" w:hAnsi="Arial"/>
                <w:sz w:val="14"/>
              </w:rPr>
              <w:t>Hello, World! 6, radna bilježnica iz engleskoga jezika za šesti razred osnovne škole, šesta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5AEAE2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F1ABDA" w14:textId="77777777" w:rsidR="00C04721" w:rsidRDefault="00C04721" w:rsidP="001942BA">
            <w:r>
              <w:rPr>
                <w:rFonts w:ascii="Arial" w:hAnsi="Arial"/>
                <w:sz w:val="14"/>
              </w:rPr>
              <w:t>Ivana Kirin, Marinko Uremović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5ABC89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FFB4A7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C23F4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</w:t>
            </w:r>
          </w:p>
        </w:tc>
      </w:tr>
      <w:tr w:rsidR="00C04721" w14:paraId="6FC633F1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AD5C9A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GEOGRAFIJA</w:t>
            </w:r>
          </w:p>
        </w:tc>
      </w:tr>
      <w:tr w:rsidR="00C04721" w14:paraId="11530C2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C3A70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128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EA8DFA" w14:textId="77777777" w:rsidR="00C04721" w:rsidRDefault="00C04721" w:rsidP="001942BA">
            <w:r>
              <w:rPr>
                <w:rFonts w:ascii="Arial" w:hAnsi="Arial"/>
                <w:sz w:val="14"/>
              </w:rPr>
              <w:t>Moja Zemlja 2, radna bilježnica iz geografije za šesti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55ADFF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010B59" w14:textId="77777777" w:rsidR="00C04721" w:rsidRDefault="00C04721" w:rsidP="001942BA">
            <w:r>
              <w:rPr>
                <w:rFonts w:ascii="Arial" w:hAnsi="Arial"/>
                <w:sz w:val="14"/>
              </w:rPr>
              <w:t>Ivan Gambiroža, Josip Jukić, Dinko Marin, Ana Mesić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1D0489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43E63E" w14:textId="77777777" w:rsidR="00C04721" w:rsidRDefault="00C04721" w:rsidP="001942BA">
            <w:r>
              <w:rPr>
                <w:rFonts w:ascii="Arial" w:hAnsi="Arial"/>
                <w:sz w:val="14"/>
              </w:rPr>
              <w:t>Geografija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E4C48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</w:t>
            </w:r>
          </w:p>
        </w:tc>
      </w:tr>
      <w:tr w:rsidR="00C04721" w14:paraId="20C8307D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065A6F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0F5DE7F1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F8EEE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213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F2A075" w14:textId="77777777" w:rsidR="00C04721" w:rsidRDefault="00C04721" w:rsidP="001942BA">
            <w:r>
              <w:rPr>
                <w:rFonts w:ascii="Arial" w:hAnsi="Arial"/>
                <w:sz w:val="14"/>
              </w:rPr>
              <w:t>Hrvatska krijesnica - radna bilježnica za jezik, komunkaciju i književnost za 6.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02A8B5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0EF981" w14:textId="77777777" w:rsidR="00C04721" w:rsidRDefault="00C04721" w:rsidP="001942BA">
            <w:r>
              <w:rPr>
                <w:rFonts w:ascii="Arial" w:hAnsi="Arial"/>
                <w:sz w:val="14"/>
              </w:rPr>
              <w:t>Slavica Kovač, Mirjana Jukić, Danijela Zagorec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8683DD" w14:textId="77777777" w:rsidR="00C04721" w:rsidRDefault="00C04721" w:rsidP="001942BA">
            <w:r>
              <w:rPr>
                <w:rFonts w:ascii="Arial" w:hAnsi="Arial"/>
                <w:sz w:val="14"/>
              </w:rPr>
              <w:t>Naklada Ljevak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7D5907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CD2DA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</w:t>
            </w:r>
          </w:p>
        </w:tc>
      </w:tr>
      <w:tr w:rsidR="00C04721" w14:paraId="7BCC9F68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97D4D4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INFORMATIKA</w:t>
            </w:r>
          </w:p>
        </w:tc>
      </w:tr>
      <w:tr w:rsidR="00C04721" w14:paraId="7DFDF05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0C432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7A12DB" w14:textId="77777777" w:rsidR="00C04721" w:rsidRDefault="00C04721" w:rsidP="001942BA">
            <w:r>
              <w:rPr>
                <w:rFonts w:ascii="Arial" w:hAnsi="Arial"/>
                <w:sz w:val="14"/>
              </w:rPr>
              <w:t>INFORMATIKA 6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3218A1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E78D64" w14:textId="77777777" w:rsidR="00C04721" w:rsidRDefault="00C04721" w:rsidP="001942BA">
            <w:r>
              <w:rPr>
                <w:rFonts w:ascii="Arial" w:hAnsi="Arial"/>
                <w:sz w:val="14"/>
              </w:rPr>
              <w:t>Saida Deljac, Vedrana Gregurić, Nenad Hajdinjak, Boris Počuča, Darko Rakić, Silvana Svetličić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27F1F1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79A8BC" w14:textId="77777777" w:rsidR="00C04721" w:rsidRDefault="00C04721" w:rsidP="001942BA">
            <w:r>
              <w:rPr>
                <w:rFonts w:ascii="Arial" w:hAnsi="Arial"/>
                <w:sz w:val="14"/>
              </w:rPr>
              <w:t>Informatika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4AE347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6.</w:t>
            </w:r>
          </w:p>
        </w:tc>
      </w:tr>
      <w:tr w:rsidR="00C04721" w14:paraId="6105A660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FAE3E6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KATOLIČKI VJERONAUK</w:t>
            </w:r>
          </w:p>
        </w:tc>
      </w:tr>
      <w:tr w:rsidR="00C04721" w14:paraId="05207BB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CC971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476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CCAAD1" w14:textId="77777777" w:rsidR="00C04721" w:rsidRDefault="00C04721" w:rsidP="001942BA">
            <w:r>
              <w:rPr>
                <w:rFonts w:ascii="Arial" w:hAnsi="Arial"/>
                <w:sz w:val="14"/>
              </w:rPr>
              <w:t>Biram slobodu, radna bilježnica za katolički vjeronauk šestog razreda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C1D184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8F9AA2" w14:textId="77777777" w:rsidR="00C04721" w:rsidRDefault="00C04721" w:rsidP="001942BA">
            <w:r>
              <w:rPr>
                <w:rFonts w:ascii="Arial" w:hAnsi="Arial"/>
                <w:sz w:val="14"/>
              </w:rPr>
              <w:t>Mirjana Novak, Barbara Sipina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2BFEFC" w14:textId="77777777" w:rsidR="00C04721" w:rsidRDefault="00C04721" w:rsidP="001942BA">
            <w:r>
              <w:rPr>
                <w:rFonts w:ascii="Arial" w:hAnsi="Arial"/>
                <w:sz w:val="14"/>
              </w:rPr>
              <w:t>Kršćanska sadrašnjost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E1E3FD" w14:textId="77777777" w:rsidR="00C04721" w:rsidRDefault="00C04721" w:rsidP="001942BA">
            <w:r>
              <w:rPr>
                <w:rFonts w:ascii="Arial" w:hAnsi="Arial"/>
                <w:sz w:val="14"/>
              </w:rPr>
              <w:t>Katolički vjeronauk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F41D9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</w:t>
            </w:r>
          </w:p>
        </w:tc>
      </w:tr>
      <w:tr w:rsidR="00C04721" w14:paraId="4F228279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378628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POVIJEST</w:t>
            </w:r>
          </w:p>
        </w:tc>
      </w:tr>
      <w:tr w:rsidR="00C04721" w14:paraId="61B003A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F442E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127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B7AE27" w14:textId="77777777" w:rsidR="00C04721" w:rsidRDefault="00C04721" w:rsidP="001942BA">
            <w:r>
              <w:rPr>
                <w:rFonts w:ascii="Arial" w:hAnsi="Arial"/>
                <w:sz w:val="14"/>
              </w:rPr>
              <w:t>Povijest 6, radna bilježnica iz povijesti za šesti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A0C8FC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4B5BF1" w14:textId="77777777" w:rsidR="00C04721" w:rsidRDefault="00C04721" w:rsidP="001942BA">
            <w:r>
              <w:rPr>
                <w:rFonts w:ascii="Arial" w:hAnsi="Arial"/>
                <w:sz w:val="14"/>
              </w:rPr>
              <w:t>Ante Birin, Danijela Deković, Tomislav Šarlija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12F1B6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CF9FB1" w14:textId="77777777" w:rsidR="00C04721" w:rsidRDefault="00C04721" w:rsidP="001942BA">
            <w:r>
              <w:rPr>
                <w:rFonts w:ascii="Arial" w:hAnsi="Arial"/>
                <w:sz w:val="14"/>
              </w:rPr>
              <w:t>Povijest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2E3B9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</w:t>
            </w:r>
          </w:p>
        </w:tc>
      </w:tr>
      <w:tr w:rsidR="00C04721" w14:paraId="0BA8974D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89705E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PRIRODA</w:t>
            </w:r>
          </w:p>
        </w:tc>
      </w:tr>
      <w:tr w:rsidR="00C04721" w14:paraId="41F1B9F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C10D9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131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32F833" w14:textId="77777777" w:rsidR="00C04721" w:rsidRDefault="00C04721" w:rsidP="001942BA">
            <w:r>
              <w:rPr>
                <w:rFonts w:ascii="Arial" w:hAnsi="Arial"/>
                <w:sz w:val="14"/>
              </w:rPr>
              <w:t>Priroda 6, radna bilježnica iz prirode za šesti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68AC06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9C2072" w14:textId="77777777" w:rsidR="00C04721" w:rsidRDefault="00C04721" w:rsidP="001942BA">
            <w:r>
              <w:rPr>
                <w:rFonts w:ascii="Arial" w:hAnsi="Arial"/>
                <w:sz w:val="14"/>
              </w:rPr>
              <w:t>Marijana Bastić, Valerija Begić, Ana Bagarić, Bernarda Kralj Golub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958D15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522609" w14:textId="77777777" w:rsidR="00C04721" w:rsidRDefault="00C04721" w:rsidP="001942BA">
            <w:r>
              <w:rPr>
                <w:rFonts w:ascii="Arial" w:hAnsi="Arial"/>
                <w:sz w:val="14"/>
              </w:rPr>
              <w:t>Priroda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8A051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</w:t>
            </w:r>
          </w:p>
        </w:tc>
      </w:tr>
      <w:tr w:rsidR="00C04721" w14:paraId="4A9DBBE5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790410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TALIJANSKI JEZIK</w:t>
            </w:r>
          </w:p>
        </w:tc>
      </w:tr>
      <w:tr w:rsidR="00C04721" w14:paraId="5BD7132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3E113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200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2645D8" w14:textId="77777777" w:rsidR="00C04721" w:rsidRDefault="00C04721" w:rsidP="001942BA">
            <w:r>
              <w:rPr>
                <w:rFonts w:ascii="Arial" w:hAnsi="Arial"/>
                <w:sz w:val="14"/>
              </w:rPr>
              <w:t>Ragazzni.it 3, radna bilježnica za talijanski jezik u šestome razredu osnovne škole, treća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52160F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2505D4" w14:textId="77777777" w:rsidR="00C04721" w:rsidRDefault="00C04721" w:rsidP="001942BA">
            <w:r>
              <w:rPr>
                <w:rFonts w:ascii="Arial" w:hAnsi="Arial"/>
                <w:sz w:val="14"/>
              </w:rPr>
              <w:t>Nina Karković, Andreja Mrkonjić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5D81B0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451774" w14:textId="77777777" w:rsidR="00C04721" w:rsidRDefault="00C04721" w:rsidP="001942BA">
            <w:r>
              <w:rPr>
                <w:rFonts w:ascii="Arial" w:hAnsi="Arial"/>
                <w:sz w:val="14"/>
              </w:rPr>
              <w:t>Talijanski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A180C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</w:t>
            </w:r>
          </w:p>
        </w:tc>
      </w:tr>
      <w:tr w:rsidR="00C04721" w14:paraId="30F34A3A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05F776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TEHNIČKA KULTURA</w:t>
            </w:r>
          </w:p>
        </w:tc>
      </w:tr>
      <w:tr w:rsidR="00C04721" w14:paraId="2C866D1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735D2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244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CA5379" w14:textId="77777777" w:rsidR="00C04721" w:rsidRDefault="00C04721" w:rsidP="001942BA">
            <w:r>
              <w:rPr>
                <w:rFonts w:ascii="Arial" w:hAnsi="Arial"/>
                <w:sz w:val="14"/>
              </w:rPr>
              <w:t>TK 6, radni materijali za izvođenje vježbi i praktičnog rada iz tehničke kulture za šesti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F137C7" w14:textId="77777777" w:rsidR="00C04721" w:rsidRDefault="00C04721" w:rsidP="001942BA">
            <w:r>
              <w:rPr>
                <w:rFonts w:ascii="Arial" w:hAnsi="Arial"/>
                <w:sz w:val="14"/>
              </w:rPr>
              <w:t>radni materijali za izvođenje vježbi i praktičnog rada iz tehničke kulture za šesti razred osnovne škole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F5A50A" w14:textId="77777777" w:rsidR="00C04721" w:rsidRDefault="00C04721" w:rsidP="001942BA">
            <w:r>
              <w:rPr>
                <w:rFonts w:ascii="Arial" w:hAnsi="Arial"/>
                <w:sz w:val="14"/>
              </w:rPr>
              <w:t>Leon Zakanji, Tamara Valčić, Mato Šimunović, Darko Suman, Dragan Vlajinić, Tome Kovačević, Ana Majić, Damir Ereš, Ivo Tkalec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C918A4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C34BA2" w14:textId="77777777" w:rsidR="00C04721" w:rsidRDefault="00C04721" w:rsidP="001942BA">
            <w:r>
              <w:rPr>
                <w:rFonts w:ascii="Arial" w:hAnsi="Arial"/>
                <w:sz w:val="14"/>
              </w:rPr>
              <w:t>Tehnička kultura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39553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6</w:t>
            </w:r>
          </w:p>
        </w:tc>
      </w:tr>
      <w:tr w:rsidR="00C04721" w14:paraId="513585AB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137327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7. RAZRED</w:t>
            </w:r>
          </w:p>
        </w:tc>
      </w:tr>
      <w:tr w:rsidR="00C04721" w14:paraId="3220F0F8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55DD8C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BIOLOGIJA</w:t>
            </w:r>
          </w:p>
        </w:tc>
      </w:tr>
      <w:tr w:rsidR="00C04721" w14:paraId="158494B3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C91AE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1A14B1" w14:textId="77777777" w:rsidR="00C04721" w:rsidRDefault="00C04721" w:rsidP="001942BA">
            <w:r>
              <w:rPr>
                <w:rFonts w:ascii="Arial" w:hAnsi="Arial"/>
                <w:sz w:val="14"/>
              </w:rPr>
              <w:t>Biologija 7, radna bilježnica iz biologije za sedmi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89F0B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1A538B" w14:textId="77777777" w:rsidR="00C04721" w:rsidRDefault="00C04721" w:rsidP="001942BA">
            <w:r>
              <w:rPr>
                <w:rFonts w:ascii="Arial" w:hAnsi="Arial"/>
                <w:sz w:val="14"/>
              </w:rPr>
              <w:t>Valerija Begić, mr. sc. Marijana Bastićš, Ana Bakarić, Bernarda Kralj Golub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03E093" w14:textId="77777777" w:rsidR="00C04721" w:rsidRDefault="00C04721" w:rsidP="001942BA">
            <w:r>
              <w:rPr>
                <w:rFonts w:ascii="Arial" w:hAnsi="Arial"/>
                <w:sz w:val="14"/>
              </w:rPr>
              <w:t>ALFA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CB4285" w14:textId="77777777" w:rsidR="00C04721" w:rsidRDefault="00C04721" w:rsidP="001942BA">
            <w:r>
              <w:rPr>
                <w:rFonts w:ascii="Arial" w:hAnsi="Arial"/>
                <w:sz w:val="14"/>
              </w:rPr>
              <w:t>Biologija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C3970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7.</w:t>
            </w:r>
          </w:p>
        </w:tc>
      </w:tr>
      <w:tr w:rsidR="00C04721" w14:paraId="07F2D19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494543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ENGLESKI JEZIK</w:t>
            </w:r>
          </w:p>
        </w:tc>
      </w:tr>
      <w:tr w:rsidR="00C04721" w14:paraId="0755646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5F54D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233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4589ED" w14:textId="77777777" w:rsidR="00C04721" w:rsidRDefault="00C04721" w:rsidP="001942BA">
            <w:r>
              <w:rPr>
                <w:rFonts w:ascii="Arial" w:hAnsi="Arial"/>
                <w:sz w:val="14"/>
              </w:rPr>
              <w:t>Hello, World! 7, radna bilježnica iz engleskoga jezika za sedmi razred osnovne škole, sedma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C9252F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A45EFB" w14:textId="77777777" w:rsidR="00C04721" w:rsidRDefault="00C04721" w:rsidP="001942BA">
            <w:r>
              <w:rPr>
                <w:rFonts w:ascii="Arial" w:hAnsi="Arial"/>
                <w:sz w:val="14"/>
              </w:rPr>
              <w:t>Sanja Božinović, Snježana Pavić i Mia Šavrljuga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DC9409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27D060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71A1B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</w:t>
            </w:r>
          </w:p>
        </w:tc>
      </w:tr>
      <w:tr w:rsidR="00C04721" w14:paraId="7A80D715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F90D51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FIZIKA</w:t>
            </w:r>
          </w:p>
        </w:tc>
      </w:tr>
      <w:tr w:rsidR="00C04721" w14:paraId="239425DE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C827CE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ABE853" w14:textId="77777777" w:rsidR="00C04721" w:rsidRDefault="00C04721" w:rsidP="001942BA">
            <w:r>
              <w:rPr>
                <w:rFonts w:ascii="Arial" w:hAnsi="Arial"/>
                <w:sz w:val="14"/>
              </w:rPr>
              <w:t>Fizika oko nas 7, radna bilježnica za fiziku u sedmom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FC6D80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01ADEE" w14:textId="77777777" w:rsidR="00C04721" w:rsidRDefault="00C04721" w:rsidP="001942BA">
            <w:r>
              <w:rPr>
                <w:rFonts w:ascii="Arial" w:hAnsi="Arial"/>
                <w:sz w:val="14"/>
              </w:rPr>
              <w:t>Vladimir Paar, Tanja Ćulibrk, Mladen Klaić, Sanja Martinko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7A428D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57F2D0" w14:textId="77777777" w:rsidR="00C04721" w:rsidRDefault="00C04721" w:rsidP="001942BA">
            <w:r>
              <w:rPr>
                <w:rFonts w:ascii="Arial" w:hAnsi="Arial"/>
                <w:sz w:val="14"/>
              </w:rPr>
              <w:t>Fizika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0B0A3A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7.</w:t>
            </w:r>
          </w:p>
        </w:tc>
      </w:tr>
      <w:tr w:rsidR="00C04721" w14:paraId="3B4FF318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7D847A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GEOGRAFIJA</w:t>
            </w:r>
          </w:p>
        </w:tc>
      </w:tr>
      <w:tr w:rsidR="00C04721" w14:paraId="6F8832D3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2DB11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364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EFA33C" w14:textId="77777777" w:rsidR="00C04721" w:rsidRDefault="00C04721" w:rsidP="001942BA">
            <w:r>
              <w:rPr>
                <w:rFonts w:ascii="Arial" w:hAnsi="Arial"/>
                <w:sz w:val="14"/>
              </w:rPr>
              <w:t>Gea 3, radna bilježnica za geografiju u sedmom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561382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372C7B" w14:textId="77777777" w:rsidR="00C04721" w:rsidRDefault="00C04721" w:rsidP="001942BA">
            <w:r>
              <w:rPr>
                <w:rFonts w:ascii="Arial" w:hAnsi="Arial"/>
                <w:sz w:val="14"/>
              </w:rPr>
              <w:t>Danijel Orešić, Ružica Vuk, Igor Tišma, Alenka Bujan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B244C0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0439F7" w14:textId="77777777" w:rsidR="00C04721" w:rsidRDefault="00C04721" w:rsidP="001942BA">
            <w:r>
              <w:rPr>
                <w:rFonts w:ascii="Arial" w:hAnsi="Arial"/>
                <w:sz w:val="14"/>
              </w:rPr>
              <w:t>Geografija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3085C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7. razred</w:t>
            </w:r>
          </w:p>
        </w:tc>
      </w:tr>
      <w:tr w:rsidR="00C04721" w14:paraId="02FE95EF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12B034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5017AF1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CA998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231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7100F4" w14:textId="77777777" w:rsidR="00C04721" w:rsidRDefault="00C04721" w:rsidP="001942BA">
            <w:r>
              <w:rPr>
                <w:rFonts w:ascii="Arial" w:hAnsi="Arial"/>
                <w:sz w:val="14"/>
              </w:rPr>
              <w:t>Hrvatska krijesnica - radna bilježnica za jezik, komunkaciju i književnost za 7.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3E5580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62E690" w14:textId="77777777" w:rsidR="00C04721" w:rsidRDefault="00C04721" w:rsidP="001942BA">
            <w:r>
              <w:rPr>
                <w:rFonts w:ascii="Arial" w:hAnsi="Arial"/>
                <w:sz w:val="14"/>
              </w:rPr>
              <w:t>Slavica Kovač, Mirjana Jukić, Danijela Zagorec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34250F" w14:textId="77777777" w:rsidR="00C04721" w:rsidRDefault="00C04721" w:rsidP="001942BA">
            <w:r>
              <w:rPr>
                <w:rFonts w:ascii="Arial" w:hAnsi="Arial"/>
                <w:sz w:val="14"/>
              </w:rPr>
              <w:t>Naklada Ljevak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7EAF3A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152AC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</w:t>
            </w:r>
          </w:p>
        </w:tc>
      </w:tr>
      <w:tr w:rsidR="00C04721" w14:paraId="3145BC0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A43303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INFORMATIKA</w:t>
            </w:r>
          </w:p>
        </w:tc>
      </w:tr>
      <w:tr w:rsidR="00C04721" w14:paraId="00625AF8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4B2C6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F2B59E" w14:textId="77777777" w:rsidR="00C04721" w:rsidRDefault="00C04721" w:rsidP="001942BA">
            <w:r>
              <w:rPr>
                <w:rFonts w:ascii="Arial" w:hAnsi="Arial"/>
                <w:sz w:val="14"/>
              </w:rPr>
              <w:t>INFORMATIKA 7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2E5E92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EEB75D" w14:textId="77777777" w:rsidR="00C04721" w:rsidRDefault="00C04721" w:rsidP="001942BA">
            <w:r>
              <w:rPr>
                <w:rFonts w:ascii="Arial" w:hAnsi="Arial"/>
                <w:sz w:val="14"/>
              </w:rPr>
              <w:t>Saida Deljac, Vedrana Gregurić, Nenad Hajdinjak, Boris Počuča, Darko Rakić, Silvana Svetličić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FD7110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E7131C" w14:textId="77777777" w:rsidR="00C04721" w:rsidRDefault="00C04721" w:rsidP="001942BA">
            <w:r>
              <w:rPr>
                <w:rFonts w:ascii="Arial" w:hAnsi="Arial"/>
                <w:sz w:val="14"/>
              </w:rPr>
              <w:t>Informatika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D4D7AB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7.</w:t>
            </w:r>
          </w:p>
        </w:tc>
      </w:tr>
      <w:tr w:rsidR="00C04721" w14:paraId="73DB0425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489723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KATOLIČKI VJERONAUK</w:t>
            </w:r>
          </w:p>
        </w:tc>
      </w:tr>
      <w:tr w:rsidR="00C04721" w14:paraId="7F6CC773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3AFF7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478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686EF2" w14:textId="77777777" w:rsidR="00C04721" w:rsidRDefault="00C04721" w:rsidP="001942BA">
            <w:r>
              <w:rPr>
                <w:rFonts w:ascii="Arial" w:hAnsi="Arial"/>
                <w:sz w:val="14"/>
              </w:rPr>
              <w:t>Neka je Bog prvi, radna bilježnica za katolički vjeronauk sedmoga razreda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752283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B9EB4F" w14:textId="77777777" w:rsidR="00C04721" w:rsidRDefault="00C04721" w:rsidP="001942BA">
            <w:r>
              <w:rPr>
                <w:rFonts w:ascii="Arial" w:hAnsi="Arial"/>
                <w:sz w:val="14"/>
              </w:rPr>
              <w:t>Josip Periš, Marina Šimić, Ivana Perčić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8508F2" w14:textId="77777777" w:rsidR="00C04721" w:rsidRDefault="00C04721" w:rsidP="001942BA">
            <w:r>
              <w:rPr>
                <w:rFonts w:ascii="Arial" w:hAnsi="Arial"/>
                <w:sz w:val="14"/>
              </w:rPr>
              <w:t>Kršćanska sadrašnjost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B4FE30" w14:textId="77777777" w:rsidR="00C04721" w:rsidRDefault="00C04721" w:rsidP="001942BA">
            <w:r>
              <w:rPr>
                <w:rFonts w:ascii="Arial" w:hAnsi="Arial"/>
                <w:sz w:val="14"/>
              </w:rPr>
              <w:t>Katolički vjeronauk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883BD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</w:t>
            </w:r>
          </w:p>
        </w:tc>
      </w:tr>
      <w:tr w:rsidR="00C04721" w14:paraId="4499B012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2C7BE5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KEMIJA</w:t>
            </w:r>
          </w:p>
        </w:tc>
      </w:tr>
      <w:tr w:rsidR="00C04721" w14:paraId="5C54F4A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047F0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232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890262" w14:textId="77777777" w:rsidR="00C04721" w:rsidRDefault="00C04721" w:rsidP="001942BA">
            <w:r>
              <w:rPr>
                <w:rFonts w:ascii="Arial" w:hAnsi="Arial"/>
                <w:sz w:val="14"/>
              </w:rPr>
              <w:t>KEMIJA 7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2D4C35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D16898" w14:textId="77777777" w:rsidR="00C04721" w:rsidRDefault="00C04721" w:rsidP="001942BA">
            <w:r>
              <w:rPr>
                <w:rFonts w:ascii="Arial" w:hAnsi="Arial"/>
                <w:sz w:val="14"/>
              </w:rPr>
              <w:t>Tamara Banović, Karmen Holenda, Sandra Lacić, Elvira Kovač-Andrić, Nikolina Štiglić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A652CE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C37C88" w14:textId="77777777" w:rsidR="00C04721" w:rsidRDefault="00C04721" w:rsidP="001942BA">
            <w:r>
              <w:rPr>
                <w:rFonts w:ascii="Arial" w:hAnsi="Arial"/>
                <w:sz w:val="14"/>
              </w:rPr>
              <w:t>Kemija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8D432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</w:t>
            </w:r>
          </w:p>
        </w:tc>
      </w:tr>
      <w:tr w:rsidR="00C04721" w14:paraId="76209CAD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3B405A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POVIJEST</w:t>
            </w:r>
          </w:p>
        </w:tc>
      </w:tr>
      <w:tr w:rsidR="00C04721" w14:paraId="7F34329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278CD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167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52CE79" w14:textId="77777777" w:rsidR="00C04721" w:rsidRDefault="00C04721" w:rsidP="001942BA">
            <w:r>
              <w:rPr>
                <w:rFonts w:ascii="Arial" w:hAnsi="Arial"/>
                <w:sz w:val="14"/>
              </w:rPr>
              <w:t>Klio 7, radna bilježnica za povijest u sedmom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C7E4E8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A54FF4" w14:textId="77777777" w:rsidR="00C04721" w:rsidRDefault="00C04721" w:rsidP="001942BA">
            <w:r>
              <w:rPr>
                <w:rFonts w:ascii="Arial" w:hAnsi="Arial"/>
                <w:sz w:val="14"/>
              </w:rPr>
              <w:t>Krešimir Erdelja, Igor Stojaković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F91BE7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B06C12" w14:textId="77777777" w:rsidR="00C04721" w:rsidRDefault="00C04721" w:rsidP="001942BA">
            <w:r>
              <w:rPr>
                <w:rFonts w:ascii="Arial" w:hAnsi="Arial"/>
                <w:sz w:val="14"/>
              </w:rPr>
              <w:t>Povijest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2ED1D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</w:t>
            </w:r>
          </w:p>
        </w:tc>
      </w:tr>
      <w:tr w:rsidR="00C04721" w14:paraId="1725671F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69C43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TALIJANSKI JEZIK</w:t>
            </w:r>
          </w:p>
        </w:tc>
      </w:tr>
      <w:tr w:rsidR="00C04721" w14:paraId="39735825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F1CD4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197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5C0AE9" w14:textId="77777777" w:rsidR="00C04721" w:rsidRDefault="00C04721" w:rsidP="001942BA">
            <w:r>
              <w:rPr>
                <w:rFonts w:ascii="Arial" w:hAnsi="Arial"/>
                <w:sz w:val="14"/>
              </w:rPr>
              <w:t>Ragazzni.it 4, radna bilježnica za talijanski jezik u sedmom razredu osnovne škole, četvrta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1B4D63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74800B" w14:textId="77777777" w:rsidR="00C04721" w:rsidRDefault="00C04721" w:rsidP="001942BA">
            <w:r>
              <w:rPr>
                <w:rFonts w:ascii="Arial" w:hAnsi="Arial"/>
                <w:sz w:val="14"/>
              </w:rPr>
              <w:t>Nina Karković, Andreja Mrkonjić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60FEDD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1E2819" w14:textId="77777777" w:rsidR="00C04721" w:rsidRDefault="00C04721" w:rsidP="001942BA">
            <w:r>
              <w:rPr>
                <w:rFonts w:ascii="Arial" w:hAnsi="Arial"/>
                <w:sz w:val="14"/>
              </w:rPr>
              <w:t>Talijanski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F5095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</w:t>
            </w:r>
          </w:p>
        </w:tc>
      </w:tr>
      <w:tr w:rsidR="00C04721" w14:paraId="164C905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09569D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TEHNIČKA KULTURA</w:t>
            </w:r>
          </w:p>
        </w:tc>
      </w:tr>
      <w:tr w:rsidR="00C04721" w14:paraId="7FC18A8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4A222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243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0C6BF6" w14:textId="77777777" w:rsidR="00C04721" w:rsidRDefault="00C04721" w:rsidP="001942BA">
            <w:r>
              <w:rPr>
                <w:rFonts w:ascii="Arial" w:hAnsi="Arial"/>
                <w:sz w:val="14"/>
              </w:rPr>
              <w:t>TK 7, radni materijali za izvođenje vježbi i praktičnog rada iz tehničke kulture za sedmi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968EA4" w14:textId="77777777" w:rsidR="00C04721" w:rsidRDefault="00C04721" w:rsidP="001942BA">
            <w:r>
              <w:rPr>
                <w:rFonts w:ascii="Arial" w:hAnsi="Arial"/>
                <w:sz w:val="14"/>
              </w:rPr>
              <w:t>radni materijali za izvođenje vježbi i praktičnog rada iz tehničke kulture za sedmi razred osnovne škole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EAEDFC" w14:textId="77777777" w:rsidR="00C04721" w:rsidRDefault="00C04721" w:rsidP="001942BA">
            <w:r>
              <w:rPr>
                <w:rFonts w:ascii="Arial" w:hAnsi="Arial"/>
                <w:sz w:val="14"/>
              </w:rPr>
              <w:t>Leon Zakanji, Dragan Vlajinić, Damir Čović, Krešimir Kenfelj, Alenka Šimić, Sanja Prodanović Trlin, Marijan Vinković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B8D688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0AEE28" w14:textId="77777777" w:rsidR="00C04721" w:rsidRDefault="00C04721" w:rsidP="001942BA">
            <w:r>
              <w:rPr>
                <w:rFonts w:ascii="Arial" w:hAnsi="Arial"/>
                <w:sz w:val="14"/>
              </w:rPr>
              <w:t>Tehnička kultura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5F4AB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</w:t>
            </w:r>
          </w:p>
        </w:tc>
      </w:tr>
      <w:tr w:rsidR="00C04721" w14:paraId="7CF5A184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EBF3D2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7. I 8. RAZRED</w:t>
            </w:r>
          </w:p>
        </w:tc>
      </w:tr>
      <w:tr w:rsidR="00C04721" w14:paraId="682478B0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424A2C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LIKOVNA KULTURA</w:t>
            </w:r>
          </w:p>
        </w:tc>
      </w:tr>
      <w:tr w:rsidR="00C04721" w14:paraId="17614097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36D7C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592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00869F" w14:textId="77777777" w:rsidR="00C04721" w:rsidRDefault="00C04721" w:rsidP="001942BA">
            <w:r>
              <w:rPr>
                <w:rFonts w:ascii="Arial" w:hAnsi="Arial"/>
                <w:sz w:val="14"/>
              </w:rPr>
              <w:t>Likovna mapa 7 i 8, likovna mapa s kolaž papirima i raster-papirima za peti i šesti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394461" w14:textId="77777777" w:rsidR="00C04721" w:rsidRDefault="00C04721" w:rsidP="001942BA">
            <w:r>
              <w:rPr>
                <w:rFonts w:ascii="Arial" w:hAnsi="Arial"/>
                <w:sz w:val="14"/>
              </w:rPr>
              <w:t>likovna mapa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00DCB6" w14:textId="77777777" w:rsidR="00C04721" w:rsidRDefault="00C04721" w:rsidP="001942BA"/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1FF0AF" w14:textId="77777777" w:rsidR="00C04721" w:rsidRDefault="00C04721" w:rsidP="001942BA">
            <w:r>
              <w:rPr>
                <w:rFonts w:ascii="Arial" w:hAnsi="Arial"/>
                <w:sz w:val="14"/>
              </w:rPr>
              <w:t>Alfa d. 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614523" w14:textId="77777777" w:rsidR="00C04721" w:rsidRDefault="00C04721" w:rsidP="001942BA">
            <w:r>
              <w:rPr>
                <w:rFonts w:ascii="Arial" w:hAnsi="Arial"/>
                <w:sz w:val="14"/>
              </w:rPr>
              <w:t>Likovna kultura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A6283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7. i 8.</w:t>
            </w:r>
          </w:p>
        </w:tc>
      </w:tr>
      <w:tr w:rsidR="00C04721" w14:paraId="1C8F57BA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D9EAF7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F79156" w14:textId="77777777" w:rsidR="00C04721" w:rsidRDefault="00C04721" w:rsidP="001942BA">
            <w:r>
              <w:rPr>
                <w:rFonts w:ascii="Arial" w:hAnsi="Arial"/>
                <w:b/>
                <w:color w:val="1F4E79"/>
                <w:sz w:val="16"/>
              </w:rPr>
              <w:t>8. RAZRED</w:t>
            </w:r>
          </w:p>
        </w:tc>
      </w:tr>
      <w:tr w:rsidR="00C04721" w14:paraId="2908012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2538FC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BIOLOGIJA</w:t>
            </w:r>
          </w:p>
        </w:tc>
      </w:tr>
      <w:tr w:rsidR="00C04721" w14:paraId="307B8DF3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20F45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137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4A3F71" w14:textId="77777777" w:rsidR="00C04721" w:rsidRDefault="00C04721" w:rsidP="001942BA">
            <w:r>
              <w:rPr>
                <w:rFonts w:ascii="Arial" w:hAnsi="Arial"/>
                <w:sz w:val="14"/>
              </w:rPr>
              <w:t>Biologija 8, radna bilježnica iz biologije za osmi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708E5E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128E75" w14:textId="77777777" w:rsidR="00C04721" w:rsidRDefault="00C04721" w:rsidP="001942BA">
            <w:r>
              <w:rPr>
                <w:rFonts w:ascii="Arial" w:hAnsi="Arial"/>
                <w:sz w:val="14"/>
              </w:rPr>
              <w:t>Valerija Begić, Marijana Bastić, Ana Bakarić, Julijana Madaj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EFDDF9" w14:textId="77777777" w:rsidR="00C04721" w:rsidRDefault="00C04721" w:rsidP="001942BA">
            <w:r>
              <w:rPr>
                <w:rFonts w:ascii="Arial" w:hAnsi="Arial"/>
                <w:sz w:val="14"/>
              </w:rPr>
              <w:t>ALFA d.d. Zagreb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23472B" w14:textId="77777777" w:rsidR="00C04721" w:rsidRDefault="00C04721" w:rsidP="001942BA">
            <w:r>
              <w:rPr>
                <w:rFonts w:ascii="Arial" w:hAnsi="Arial"/>
                <w:sz w:val="14"/>
              </w:rPr>
              <w:t>Biologija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6DE87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</w:t>
            </w:r>
          </w:p>
        </w:tc>
      </w:tr>
      <w:tr w:rsidR="00C04721" w14:paraId="42D14B9F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01601F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ENGLESKI JEZIK</w:t>
            </w:r>
          </w:p>
        </w:tc>
      </w:tr>
      <w:tr w:rsidR="00C04721" w14:paraId="5C0C6352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4EDBBD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359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50DEB7" w14:textId="77777777" w:rsidR="00C04721" w:rsidRDefault="00C04721" w:rsidP="001942BA">
            <w:r>
              <w:rPr>
                <w:rFonts w:ascii="Arial" w:hAnsi="Arial"/>
                <w:sz w:val="14"/>
              </w:rPr>
              <w:t>Hello, World! 8, radna bilježnica engleskoga jezika za osmi razred osnovne škole, osma godina učenja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7CF276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 iz engleskoga jezika za osmi razred osnovne škole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6E8CDC" w14:textId="77777777" w:rsidR="00C04721" w:rsidRDefault="00C04721" w:rsidP="001942BA">
            <w:r>
              <w:rPr>
                <w:rFonts w:ascii="Arial" w:hAnsi="Arial"/>
                <w:sz w:val="14"/>
              </w:rPr>
              <w:t>Dario Abram, Ivana Kirin i Bojana Palijan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1E8E4B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4599D3" w14:textId="77777777" w:rsidR="00C04721" w:rsidRDefault="00C04721" w:rsidP="001942BA">
            <w:r>
              <w:rPr>
                <w:rFonts w:ascii="Arial" w:hAnsi="Arial"/>
                <w:sz w:val="14"/>
              </w:rPr>
              <w:t>Engleski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2B37E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8. razred</w:t>
            </w:r>
          </w:p>
        </w:tc>
      </w:tr>
      <w:tr w:rsidR="00C04721" w14:paraId="786B8B96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4B28DD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FIZIKA</w:t>
            </w:r>
          </w:p>
        </w:tc>
      </w:tr>
      <w:tr w:rsidR="00C04721" w14:paraId="537B6FEC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D6E982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C90F58" w14:textId="77777777" w:rsidR="00C04721" w:rsidRDefault="00C04721" w:rsidP="001942BA">
            <w:r>
              <w:rPr>
                <w:rFonts w:ascii="Arial" w:hAnsi="Arial"/>
                <w:sz w:val="14"/>
              </w:rPr>
              <w:t>Fizika oko nas 8, radna bilježnica za fiziku u osmom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5E8B1F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0BEA2C" w14:textId="77777777" w:rsidR="00C04721" w:rsidRDefault="00C04721" w:rsidP="001942BA">
            <w:r>
              <w:rPr>
                <w:rFonts w:ascii="Arial" w:hAnsi="Arial"/>
                <w:sz w:val="14"/>
              </w:rPr>
              <w:t>Vladimir Paar, Tanja Ćulibrk, Mladen Klaić, Sanja Martinko, Dubravko Sila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235F85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143A5E" w14:textId="77777777" w:rsidR="00C04721" w:rsidRDefault="00C04721" w:rsidP="001942BA">
            <w:r>
              <w:rPr>
                <w:rFonts w:ascii="Arial" w:hAnsi="Arial"/>
                <w:sz w:val="14"/>
              </w:rPr>
              <w:t>Fizika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102C2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</w:t>
            </w:r>
          </w:p>
        </w:tc>
      </w:tr>
      <w:tr w:rsidR="00C04721" w14:paraId="20F3237C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8185B4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GEOGRAFIJA</w:t>
            </w:r>
          </w:p>
        </w:tc>
      </w:tr>
      <w:tr w:rsidR="00C04721" w14:paraId="1AB4ABD5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A4FE66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374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C06B4B" w14:textId="77777777" w:rsidR="00C04721" w:rsidRDefault="00C04721" w:rsidP="001942BA">
            <w:r>
              <w:rPr>
                <w:rFonts w:ascii="Arial" w:hAnsi="Arial"/>
                <w:sz w:val="14"/>
              </w:rPr>
              <w:t>Gea 4, radna bilježnica za geografiju u osmome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E0E6B9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00362D" w14:textId="77777777" w:rsidR="00C04721" w:rsidRDefault="00C04721" w:rsidP="001942BA">
            <w:r>
              <w:rPr>
                <w:rFonts w:ascii="Arial" w:hAnsi="Arial"/>
                <w:sz w:val="14"/>
              </w:rPr>
              <w:t>Danijel Orešić, Ružica Vuk, Igor Tišma, Alenka Bujan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2B36A3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DBE055" w14:textId="77777777" w:rsidR="00C04721" w:rsidRDefault="00C04721" w:rsidP="001942BA">
            <w:r>
              <w:rPr>
                <w:rFonts w:ascii="Arial" w:hAnsi="Arial"/>
                <w:sz w:val="14"/>
              </w:rPr>
              <w:t>Geografija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3A03E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8. razred</w:t>
            </w:r>
          </w:p>
        </w:tc>
      </w:tr>
      <w:tr w:rsidR="00C04721" w14:paraId="0A745AC6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30C7F9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HRVATSKI JEZIK</w:t>
            </w:r>
          </w:p>
        </w:tc>
      </w:tr>
      <w:tr w:rsidR="00C04721" w14:paraId="0F39C4AA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CB241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382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335441" w14:textId="77777777" w:rsidR="00C04721" w:rsidRDefault="00C04721" w:rsidP="001942BA">
            <w:r>
              <w:rPr>
                <w:rFonts w:ascii="Arial" w:hAnsi="Arial"/>
                <w:sz w:val="14"/>
              </w:rPr>
              <w:t>Hrvatska krijesnica - radna bilježnica za jezik, komunikaciju i književnosti za 8.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33FE4E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AFD51F" w14:textId="77777777" w:rsidR="00C04721" w:rsidRDefault="00C04721" w:rsidP="001942BA">
            <w:r>
              <w:rPr>
                <w:rFonts w:ascii="Arial" w:hAnsi="Arial"/>
                <w:sz w:val="14"/>
              </w:rPr>
              <w:t>Slavica Kovač, Mirjana Jukić, Danijela Zagorec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8FD77B" w14:textId="77777777" w:rsidR="00C04721" w:rsidRDefault="00C04721" w:rsidP="001942BA">
            <w:r>
              <w:rPr>
                <w:rFonts w:ascii="Arial" w:hAnsi="Arial"/>
                <w:sz w:val="14"/>
              </w:rPr>
              <w:t>NAKLADA LJEVAK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4A85FE" w14:textId="77777777" w:rsidR="00C04721" w:rsidRDefault="00C04721" w:rsidP="001942BA">
            <w:r>
              <w:rPr>
                <w:rFonts w:ascii="Arial" w:hAnsi="Arial"/>
                <w:sz w:val="14"/>
              </w:rPr>
              <w:t>Hrvatski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0321F0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8. razred</w:t>
            </w:r>
          </w:p>
        </w:tc>
      </w:tr>
      <w:tr w:rsidR="00C04721" w14:paraId="7929C709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3A6462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INFORMATIKA</w:t>
            </w:r>
          </w:p>
        </w:tc>
      </w:tr>
      <w:tr w:rsidR="00C04721" w14:paraId="1F52C1E6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C5906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412A5E" w14:textId="77777777" w:rsidR="00C04721" w:rsidRDefault="00C04721" w:rsidP="001942BA">
            <w:r>
              <w:rPr>
                <w:rFonts w:ascii="Arial" w:hAnsi="Arial"/>
                <w:sz w:val="14"/>
              </w:rPr>
              <w:t>INFORMATIKA 8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030A0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A56D84" w14:textId="77777777" w:rsidR="00C04721" w:rsidRDefault="00C04721" w:rsidP="001942BA">
            <w:r>
              <w:rPr>
                <w:rFonts w:ascii="Arial" w:hAnsi="Arial"/>
                <w:sz w:val="14"/>
              </w:rPr>
              <w:t>Saida Deljac, Vedrana Gregurić, Nenad Hajdinjak, Boris Počuča, Darko Rakić, Silvana Svetličić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672C2E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16C8A2" w14:textId="77777777" w:rsidR="00C04721" w:rsidRDefault="00C04721" w:rsidP="001942BA">
            <w:r>
              <w:rPr>
                <w:rFonts w:ascii="Arial" w:hAnsi="Arial"/>
                <w:sz w:val="14"/>
              </w:rPr>
              <w:t>Informatika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1BECA8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8.</w:t>
            </w:r>
          </w:p>
        </w:tc>
      </w:tr>
      <w:tr w:rsidR="00C04721" w14:paraId="2D7BD063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E5585D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KATOLIČKI VJERONAUK</w:t>
            </w:r>
          </w:p>
        </w:tc>
      </w:tr>
      <w:tr w:rsidR="00C04721" w14:paraId="573DA681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F62F53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477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822FF5" w14:textId="77777777" w:rsidR="00C04721" w:rsidRDefault="00C04721" w:rsidP="001942BA">
            <w:r>
              <w:rPr>
                <w:rFonts w:ascii="Arial" w:hAnsi="Arial"/>
                <w:sz w:val="14"/>
              </w:rPr>
              <w:t>Ukorak s Isusom, radna bilježnica za katolički vjeronauk osmoga razreda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76BBA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0A9505" w14:textId="77777777" w:rsidR="00C04721" w:rsidRDefault="00C04721" w:rsidP="001942BA">
            <w:r>
              <w:rPr>
                <w:rFonts w:ascii="Arial" w:hAnsi="Arial"/>
                <w:sz w:val="14"/>
              </w:rPr>
              <w:t>Josip Periš, Marina Šimić, Ivana Perčić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03AAFF" w14:textId="77777777" w:rsidR="00C04721" w:rsidRDefault="00C04721" w:rsidP="001942BA">
            <w:r>
              <w:rPr>
                <w:rFonts w:ascii="Arial" w:hAnsi="Arial"/>
                <w:sz w:val="14"/>
              </w:rPr>
              <w:t>Kršćanska sadrašnjost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C3CBBC" w14:textId="77777777" w:rsidR="00C04721" w:rsidRDefault="00C04721" w:rsidP="001942BA">
            <w:r>
              <w:rPr>
                <w:rFonts w:ascii="Arial" w:hAnsi="Arial"/>
                <w:sz w:val="14"/>
              </w:rPr>
              <w:t>Katolički vjeronauk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6BAFA1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</w:t>
            </w:r>
          </w:p>
        </w:tc>
      </w:tr>
      <w:tr w:rsidR="00C04721" w14:paraId="189962F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2975CE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KEMIJA</w:t>
            </w:r>
          </w:p>
        </w:tc>
      </w:tr>
      <w:tr w:rsidR="00C04721" w14:paraId="3548F6AD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764C6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183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5E3835" w14:textId="77777777" w:rsidR="00C04721" w:rsidRDefault="00C04721" w:rsidP="001942BA">
            <w:r>
              <w:rPr>
                <w:rFonts w:ascii="Arial" w:hAnsi="Arial"/>
                <w:sz w:val="14"/>
              </w:rPr>
              <w:t>Kemija 8, radna bilježnica iz kemije za osmi razred osnovne škole s radnim listićima zas istraživačku nastavu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9EF77D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892CA8" w14:textId="77777777" w:rsidR="00C04721" w:rsidRDefault="00C04721" w:rsidP="001942BA">
            <w:r>
              <w:rPr>
                <w:rFonts w:ascii="Arial" w:hAnsi="Arial"/>
                <w:sz w:val="14"/>
              </w:rPr>
              <w:t>Roko Vladušić, Sanda Šimičić, Miroslav Pernar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83165A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FD550F" w14:textId="77777777" w:rsidR="00C04721" w:rsidRDefault="00C04721" w:rsidP="001942BA">
            <w:r>
              <w:rPr>
                <w:rFonts w:ascii="Arial" w:hAnsi="Arial"/>
                <w:sz w:val="14"/>
              </w:rPr>
              <w:t>Kemija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B4FC8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</w:t>
            </w:r>
          </w:p>
        </w:tc>
      </w:tr>
      <w:tr w:rsidR="00C04721" w14:paraId="762F5520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2C1BB2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POVIJEST</w:t>
            </w:r>
          </w:p>
        </w:tc>
      </w:tr>
      <w:tr w:rsidR="00C04721" w14:paraId="689E907F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E1A82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lastRenderedPageBreak/>
              <w:t>340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FDDAC8" w14:textId="77777777" w:rsidR="00C04721" w:rsidRDefault="00C04721" w:rsidP="001942BA">
            <w:r>
              <w:rPr>
                <w:rFonts w:ascii="Arial" w:hAnsi="Arial"/>
                <w:sz w:val="14"/>
              </w:rPr>
              <w:t>Klio 8, radna bilježnica za povijest u osmom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BEFDFB" w14:textId="77777777" w:rsidR="00C04721" w:rsidRDefault="00C04721" w:rsidP="001942BA">
            <w:r>
              <w:rPr>
                <w:rFonts w:ascii="Arial" w:hAnsi="Arial"/>
                <w:sz w:val="14"/>
              </w:rPr>
              <w:t>radna bilježnica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22390E" w14:textId="77777777" w:rsidR="00C04721" w:rsidRDefault="00C04721" w:rsidP="001942BA">
            <w:r>
              <w:rPr>
                <w:rFonts w:ascii="Arial" w:hAnsi="Arial"/>
                <w:sz w:val="14"/>
              </w:rPr>
              <w:t>Krešimir Erdelja, Igor Stojaković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F3DB1B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294898" w14:textId="77777777" w:rsidR="00C04721" w:rsidRDefault="00C04721" w:rsidP="001942BA">
            <w:r>
              <w:rPr>
                <w:rFonts w:ascii="Arial" w:hAnsi="Arial"/>
                <w:sz w:val="14"/>
              </w:rPr>
              <w:t>Povijest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D2A205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8. razred</w:t>
            </w:r>
          </w:p>
        </w:tc>
      </w:tr>
      <w:tr w:rsidR="00C04721" w14:paraId="58F8B317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1A45E9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TALIJANSKI JEZIK</w:t>
            </w:r>
          </w:p>
        </w:tc>
      </w:tr>
      <w:tr w:rsidR="00C04721" w14:paraId="6435A234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FB6314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343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14DB6B" w14:textId="77777777" w:rsidR="00C04721" w:rsidRDefault="00C04721" w:rsidP="001942BA">
            <w:r>
              <w:rPr>
                <w:rFonts w:ascii="Arial" w:hAnsi="Arial"/>
                <w:sz w:val="14"/>
              </w:rPr>
              <w:t>Parolandia 5, trening jezičnih vještina iz talijanskog jezika u osmom razredu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3279F4" w14:textId="77777777" w:rsidR="00C04721" w:rsidRDefault="00C04721" w:rsidP="001942BA">
            <w:r>
              <w:rPr>
                <w:rFonts w:ascii="Arial" w:hAnsi="Arial"/>
                <w:sz w:val="14"/>
              </w:rPr>
              <w:t>trening jezičnih vještina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7D5691" w14:textId="77777777" w:rsidR="00C04721" w:rsidRDefault="00C04721" w:rsidP="001942BA">
            <w:r>
              <w:rPr>
                <w:rFonts w:ascii="Arial" w:hAnsi="Arial"/>
                <w:sz w:val="14"/>
              </w:rPr>
              <w:t>Dubravka Novak, Silvia Venchiarutti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6EB2BF" w14:textId="77777777" w:rsidR="00C04721" w:rsidRDefault="00C04721" w:rsidP="001942BA">
            <w:r>
              <w:rPr>
                <w:rFonts w:ascii="Arial" w:hAnsi="Arial"/>
                <w:sz w:val="14"/>
              </w:rPr>
              <w:t>Školska knjiga d.d.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CC1A76" w14:textId="77777777" w:rsidR="00C04721" w:rsidRDefault="00C04721" w:rsidP="001942BA">
            <w:r>
              <w:rPr>
                <w:rFonts w:ascii="Arial" w:hAnsi="Arial"/>
                <w:sz w:val="14"/>
              </w:rPr>
              <w:t>Talijanski jezik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1FE8DF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8. razred</w:t>
            </w:r>
          </w:p>
        </w:tc>
      </w:tr>
      <w:tr w:rsidR="00C04721" w14:paraId="29E6F8E1" w14:textId="77777777" w:rsidTr="001942BA">
        <w:trPr>
          <w:cantSplit/>
          <w:jc w:val="center"/>
        </w:trPr>
        <w:tc>
          <w:tcPr>
            <w:tcW w:w="14602" w:type="dxa"/>
            <w:gridSpan w:val="7"/>
            <w:shd w:val="clear" w:color="auto" w:fill="EDEDED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9C9402" w14:textId="77777777" w:rsidR="00C04721" w:rsidRDefault="00C04721" w:rsidP="001942BA">
            <w:r>
              <w:rPr>
                <w:rFonts w:ascii="Arial" w:hAnsi="Arial"/>
                <w:b/>
                <w:color w:val="404040"/>
                <w:sz w:val="15"/>
              </w:rPr>
              <w:t>TEHNIČKA KULTURA</w:t>
            </w:r>
          </w:p>
        </w:tc>
      </w:tr>
      <w:tr w:rsidR="00C04721" w14:paraId="3B776B48" w14:textId="77777777" w:rsidTr="001942BA">
        <w:trPr>
          <w:cantSplit/>
          <w:jc w:val="center"/>
        </w:trPr>
        <w:tc>
          <w:tcPr>
            <w:tcW w:w="691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E695CC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367</w:t>
            </w:r>
          </w:p>
        </w:tc>
        <w:tc>
          <w:tcPr>
            <w:tcW w:w="4003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0D8694" w14:textId="77777777" w:rsidR="00C04721" w:rsidRDefault="00C04721" w:rsidP="001942BA">
            <w:r>
              <w:rPr>
                <w:rFonts w:ascii="Arial" w:hAnsi="Arial"/>
                <w:sz w:val="14"/>
              </w:rPr>
              <w:t>TK 8, radni materijali za izvođenje vježbi i praktičnog rada iz tehničke kulture za osmi razred osnovne škole</w:t>
            </w:r>
          </w:p>
        </w:tc>
        <w:tc>
          <w:tcPr>
            <w:tcW w:w="194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F0C2F2" w14:textId="77777777" w:rsidR="00C04721" w:rsidRDefault="00C04721" w:rsidP="001942BA">
            <w:r>
              <w:rPr>
                <w:rFonts w:ascii="Arial" w:hAnsi="Arial"/>
                <w:sz w:val="14"/>
              </w:rPr>
              <w:t>radni materijali za izvođenje vježbi i praktičnog rada iz tehničke kulture za osmi razred osnovne škole</w:t>
            </w:r>
          </w:p>
        </w:tc>
        <w:tc>
          <w:tcPr>
            <w:tcW w:w="306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7375F5" w14:textId="77777777" w:rsidR="00C04721" w:rsidRDefault="00C04721" w:rsidP="001942BA">
            <w:r>
              <w:rPr>
                <w:rFonts w:ascii="Arial" w:hAnsi="Arial"/>
                <w:sz w:val="14"/>
              </w:rPr>
              <w:t>Damir Čović, Valentina Dijačić, Krešimir Kenfelj, Tome Kovačević, Sanja Prodanović Trlin, Darko Suman, Alenka Šimić, Ivica Šimić, Marijan Vinković, Dragan Vlainić</w:t>
            </w:r>
          </w:p>
        </w:tc>
        <w:tc>
          <w:tcPr>
            <w:tcW w:w="181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81331E" w14:textId="77777777" w:rsidR="00C04721" w:rsidRDefault="00C04721" w:rsidP="001942BA">
            <w:r>
              <w:rPr>
                <w:rFonts w:ascii="Arial" w:hAnsi="Arial"/>
                <w:sz w:val="14"/>
              </w:rPr>
              <w:t>Profil Klett d.o.o.</w:t>
            </w:r>
          </w:p>
        </w:tc>
        <w:tc>
          <w:tcPr>
            <w:tcW w:w="1872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92BAB9" w14:textId="77777777" w:rsidR="00C04721" w:rsidRDefault="00C04721" w:rsidP="001942BA">
            <w:r>
              <w:rPr>
                <w:rFonts w:ascii="Arial" w:hAnsi="Arial"/>
                <w:sz w:val="14"/>
              </w:rPr>
              <w:t>Tehnička kultura</w:t>
            </w:r>
          </w:p>
        </w:tc>
        <w:tc>
          <w:tcPr>
            <w:tcW w:w="907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122739" w14:textId="77777777" w:rsidR="00C04721" w:rsidRDefault="00C04721" w:rsidP="001942BA">
            <w:pPr>
              <w:jc w:val="center"/>
            </w:pPr>
            <w:r>
              <w:rPr>
                <w:rFonts w:ascii="Arial" w:hAnsi="Arial"/>
                <w:sz w:val="14"/>
              </w:rPr>
              <w:t>8. razred</w:t>
            </w:r>
          </w:p>
        </w:tc>
      </w:tr>
    </w:tbl>
    <w:p w14:paraId="6F5B7E1F" w14:textId="77777777" w:rsidR="00C04721" w:rsidRDefault="00C04721" w:rsidP="00C04721"/>
    <w:p w14:paraId="79A4DE7D" w14:textId="77777777" w:rsidR="006F1DF5" w:rsidRDefault="006F1DF5" w:rsidP="006F1DF5"/>
    <w:p w14:paraId="44F85A92" w14:textId="77777777" w:rsidR="006F1DF5" w:rsidRDefault="006F1DF5"/>
    <w:p w14:paraId="06B761F1" w14:textId="77777777" w:rsidR="007A5641" w:rsidRDefault="007A5641"/>
    <w:p w14:paraId="4435184B" w14:textId="77777777" w:rsidR="006F1DF5" w:rsidRDefault="006F1DF5" w:rsidP="006F1DF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Članak 2. </w:t>
      </w:r>
    </w:p>
    <w:p w14:paraId="43F1C27F" w14:textId="77777777" w:rsidR="006F1DF5" w:rsidRDefault="006F1DF5" w:rsidP="006F1DF5">
      <w:pPr>
        <w:jc w:val="both"/>
      </w:pPr>
      <w:r>
        <w:t>Ova Odluka o konačnoj listi odabranih dopunskih nastavnih sredstava  prema odabiru stručnih aktiva u školi za 0Š kneza Branimira stupa na snagu danom objave na oglasnoj ploči škole.</w:t>
      </w:r>
    </w:p>
    <w:p w14:paraId="2CBF6664" w14:textId="77777777" w:rsidR="006F1DF5" w:rsidRPr="004B4788" w:rsidRDefault="006F1DF5" w:rsidP="006F1DF5">
      <w:r>
        <w:t xml:space="preserve">                                                                                                           </w:t>
      </w:r>
    </w:p>
    <w:p w14:paraId="45C7E584" w14:textId="77777777" w:rsidR="006F1DF5" w:rsidRDefault="006F1DF5" w:rsidP="006F1D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Ravnateljica:</w:t>
      </w:r>
    </w:p>
    <w:p w14:paraId="20BCD4F8" w14:textId="77777777" w:rsidR="006F1DF5" w:rsidRDefault="006F1DF5" w:rsidP="006F1D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Nikolina Tičinović, prof. </w:t>
      </w:r>
    </w:p>
    <w:p w14:paraId="0742E3AC" w14:textId="77777777" w:rsidR="007A5641" w:rsidRDefault="007A5641"/>
    <w:sectPr w:rsidR="007A5641" w:rsidSect="006F1D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41"/>
    <w:rsid w:val="006F1DF5"/>
    <w:rsid w:val="007A5641"/>
    <w:rsid w:val="008C4B21"/>
    <w:rsid w:val="00C04721"/>
    <w:rsid w:val="00DA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AF2"/>
  <w15:chartTrackingRefBased/>
  <w15:docId w15:val="{9DA52BE9-B3D4-4926-92EE-3A64DBF0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641"/>
  </w:style>
  <w:style w:type="paragraph" w:styleId="Heading1">
    <w:name w:val="heading 1"/>
    <w:basedOn w:val="Normal"/>
    <w:next w:val="Normal"/>
    <w:link w:val="Heading1Char"/>
    <w:uiPriority w:val="9"/>
    <w:qFormat/>
    <w:rsid w:val="006F1DF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1DF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1DF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1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DF5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1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DF5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1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DF5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DF5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DF5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DF5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F1D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F1D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F1DF5"/>
    <w:rPr>
      <w:rFonts w:asciiTheme="majorHAnsi" w:eastAsiaTheme="majorEastAsia" w:hAnsiTheme="majorHAnsi" w:cstheme="majorBidi"/>
      <w:b/>
      <w:bCs/>
      <w:color w:val="4472C4" w:themeColor="accent1"/>
      <w:sz w:val="1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DF5"/>
    <w:rPr>
      <w:rFonts w:asciiTheme="majorHAnsi" w:eastAsiaTheme="majorEastAsia" w:hAnsiTheme="majorHAnsi" w:cstheme="majorBidi"/>
      <w:b/>
      <w:bCs/>
      <w:i/>
      <w:iCs/>
      <w:color w:val="4472C4" w:themeColor="accent1"/>
      <w:sz w:val="1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DF5"/>
    <w:rPr>
      <w:rFonts w:asciiTheme="majorHAnsi" w:eastAsiaTheme="majorEastAsia" w:hAnsiTheme="majorHAnsi" w:cstheme="majorBidi"/>
      <w:color w:val="1F3763" w:themeColor="accent1" w:themeShade="7F"/>
      <w:sz w:val="1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DF5"/>
    <w:rPr>
      <w:rFonts w:asciiTheme="majorHAnsi" w:eastAsiaTheme="majorEastAsia" w:hAnsiTheme="majorHAnsi" w:cstheme="majorBidi"/>
      <w:i/>
      <w:iCs/>
      <w:color w:val="1F3763" w:themeColor="accent1" w:themeShade="7F"/>
      <w:sz w:val="1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DF5"/>
    <w:rPr>
      <w:rFonts w:asciiTheme="majorHAnsi" w:eastAsiaTheme="majorEastAsia" w:hAnsiTheme="majorHAnsi" w:cstheme="majorBidi"/>
      <w:i/>
      <w:iCs/>
      <w:color w:val="404040" w:themeColor="text1" w:themeTint="BF"/>
      <w:sz w:val="1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DF5"/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D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F1DF5"/>
    <w:pPr>
      <w:tabs>
        <w:tab w:val="center" w:pos="4680"/>
        <w:tab w:val="right" w:pos="9360"/>
      </w:tabs>
      <w:spacing w:after="0" w:line="240" w:lineRule="auto"/>
    </w:pPr>
    <w:rPr>
      <w:rFonts w:ascii="Arial" w:eastAsiaTheme="minorEastAsia" w:hAnsi="Arial"/>
      <w:sz w:val="1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F1DF5"/>
    <w:rPr>
      <w:rFonts w:ascii="Arial" w:eastAsiaTheme="minorEastAsia" w:hAnsi="Arial"/>
      <w:sz w:val="1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1DF5"/>
    <w:pPr>
      <w:tabs>
        <w:tab w:val="center" w:pos="4680"/>
        <w:tab w:val="right" w:pos="9360"/>
      </w:tabs>
      <w:spacing w:after="0" w:line="240" w:lineRule="auto"/>
    </w:pPr>
    <w:rPr>
      <w:rFonts w:ascii="Arial" w:eastAsiaTheme="minorEastAsia" w:hAnsi="Arial"/>
      <w:sz w:val="1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F1DF5"/>
    <w:rPr>
      <w:rFonts w:ascii="Arial" w:eastAsiaTheme="minorEastAsia" w:hAnsi="Arial"/>
      <w:sz w:val="14"/>
      <w:lang w:val="en-US"/>
    </w:rPr>
  </w:style>
  <w:style w:type="paragraph" w:styleId="NoSpacing">
    <w:name w:val="No Spacing"/>
    <w:uiPriority w:val="1"/>
    <w:qFormat/>
    <w:rsid w:val="006F1DF5"/>
    <w:pPr>
      <w:spacing w:after="0" w:line="240" w:lineRule="auto"/>
    </w:pPr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F1DF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F1DF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DF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F1DF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F1DF5"/>
    <w:pPr>
      <w:spacing w:after="200" w:line="276" w:lineRule="auto"/>
      <w:ind w:left="720"/>
      <w:contextualSpacing/>
    </w:pPr>
    <w:rPr>
      <w:rFonts w:ascii="Arial" w:eastAsiaTheme="minorEastAsia" w:hAnsi="Arial"/>
      <w:sz w:val="1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F1DF5"/>
    <w:pPr>
      <w:spacing w:after="120" w:line="276" w:lineRule="auto"/>
    </w:pPr>
    <w:rPr>
      <w:rFonts w:ascii="Arial" w:eastAsiaTheme="minorEastAsia" w:hAnsi="Arial"/>
      <w:sz w:val="1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F1DF5"/>
    <w:rPr>
      <w:rFonts w:ascii="Arial" w:eastAsiaTheme="minorEastAsia" w:hAnsi="Arial"/>
      <w:sz w:val="14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6F1DF5"/>
    <w:pPr>
      <w:spacing w:after="120" w:line="480" w:lineRule="auto"/>
    </w:pPr>
    <w:rPr>
      <w:rFonts w:ascii="Arial" w:eastAsiaTheme="minorEastAsia" w:hAnsi="Arial"/>
      <w:sz w:val="1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F1DF5"/>
    <w:rPr>
      <w:rFonts w:ascii="Arial" w:eastAsiaTheme="minorEastAsia" w:hAnsi="Arial"/>
      <w:sz w:val="1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6F1DF5"/>
    <w:pPr>
      <w:spacing w:after="120" w:line="276" w:lineRule="auto"/>
    </w:pPr>
    <w:rPr>
      <w:rFonts w:ascii="Arial" w:eastAsiaTheme="minorEastAsia" w:hAnsi="Arial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6F1DF5"/>
    <w:rPr>
      <w:rFonts w:ascii="Arial" w:eastAsiaTheme="minorEastAsia" w:hAnsi="Arial"/>
      <w:sz w:val="16"/>
      <w:szCs w:val="16"/>
      <w:lang w:val="en-US"/>
    </w:rPr>
  </w:style>
  <w:style w:type="paragraph" w:styleId="List">
    <w:name w:val="List"/>
    <w:basedOn w:val="Normal"/>
    <w:uiPriority w:val="99"/>
    <w:unhideWhenUsed/>
    <w:rsid w:val="006F1DF5"/>
    <w:pPr>
      <w:spacing w:after="200" w:line="276" w:lineRule="auto"/>
      <w:ind w:left="360" w:hanging="360"/>
      <w:contextualSpacing/>
    </w:pPr>
    <w:rPr>
      <w:rFonts w:ascii="Arial" w:eastAsiaTheme="minorEastAsia" w:hAnsi="Arial"/>
      <w:sz w:val="14"/>
      <w:lang w:val="en-US"/>
    </w:rPr>
  </w:style>
  <w:style w:type="paragraph" w:styleId="List2">
    <w:name w:val="List 2"/>
    <w:basedOn w:val="Normal"/>
    <w:uiPriority w:val="99"/>
    <w:unhideWhenUsed/>
    <w:rsid w:val="006F1DF5"/>
    <w:pPr>
      <w:spacing w:after="200" w:line="276" w:lineRule="auto"/>
      <w:ind w:left="720" w:hanging="360"/>
      <w:contextualSpacing/>
    </w:pPr>
    <w:rPr>
      <w:rFonts w:ascii="Arial" w:eastAsiaTheme="minorEastAsia" w:hAnsi="Arial"/>
      <w:sz w:val="14"/>
      <w:lang w:val="en-US"/>
    </w:rPr>
  </w:style>
  <w:style w:type="paragraph" w:styleId="List3">
    <w:name w:val="List 3"/>
    <w:basedOn w:val="Normal"/>
    <w:uiPriority w:val="99"/>
    <w:unhideWhenUsed/>
    <w:rsid w:val="006F1DF5"/>
    <w:pPr>
      <w:spacing w:after="200" w:line="276" w:lineRule="auto"/>
      <w:ind w:left="1080" w:hanging="360"/>
      <w:contextualSpacing/>
    </w:pPr>
    <w:rPr>
      <w:rFonts w:ascii="Arial" w:eastAsiaTheme="minorEastAsia" w:hAnsi="Arial"/>
      <w:sz w:val="14"/>
      <w:lang w:val="en-US"/>
    </w:rPr>
  </w:style>
  <w:style w:type="paragraph" w:styleId="ListBullet">
    <w:name w:val="List Bullet"/>
    <w:basedOn w:val="Normal"/>
    <w:uiPriority w:val="99"/>
    <w:unhideWhenUsed/>
    <w:rsid w:val="006F1DF5"/>
    <w:pPr>
      <w:numPr>
        <w:numId w:val="1"/>
      </w:numPr>
      <w:spacing w:after="200" w:line="276" w:lineRule="auto"/>
      <w:contextualSpacing/>
    </w:pPr>
    <w:rPr>
      <w:rFonts w:ascii="Arial" w:eastAsiaTheme="minorEastAsia" w:hAnsi="Arial"/>
      <w:sz w:val="14"/>
      <w:lang w:val="en-US"/>
    </w:rPr>
  </w:style>
  <w:style w:type="paragraph" w:styleId="ListBullet2">
    <w:name w:val="List Bullet 2"/>
    <w:basedOn w:val="Normal"/>
    <w:uiPriority w:val="99"/>
    <w:unhideWhenUsed/>
    <w:rsid w:val="006F1DF5"/>
    <w:pPr>
      <w:numPr>
        <w:numId w:val="2"/>
      </w:numPr>
      <w:spacing w:after="200" w:line="276" w:lineRule="auto"/>
      <w:contextualSpacing/>
    </w:pPr>
    <w:rPr>
      <w:rFonts w:ascii="Arial" w:eastAsiaTheme="minorEastAsia" w:hAnsi="Arial"/>
      <w:sz w:val="14"/>
      <w:lang w:val="en-US"/>
    </w:rPr>
  </w:style>
  <w:style w:type="paragraph" w:styleId="ListBullet3">
    <w:name w:val="List Bullet 3"/>
    <w:basedOn w:val="Normal"/>
    <w:uiPriority w:val="99"/>
    <w:unhideWhenUsed/>
    <w:rsid w:val="006F1DF5"/>
    <w:pPr>
      <w:numPr>
        <w:numId w:val="3"/>
      </w:numPr>
      <w:spacing w:after="200" w:line="276" w:lineRule="auto"/>
      <w:contextualSpacing/>
    </w:pPr>
    <w:rPr>
      <w:rFonts w:ascii="Arial" w:eastAsiaTheme="minorEastAsia" w:hAnsi="Arial"/>
      <w:sz w:val="14"/>
      <w:lang w:val="en-US"/>
    </w:rPr>
  </w:style>
  <w:style w:type="paragraph" w:styleId="ListNumber">
    <w:name w:val="List Number"/>
    <w:basedOn w:val="Normal"/>
    <w:uiPriority w:val="99"/>
    <w:unhideWhenUsed/>
    <w:rsid w:val="006F1DF5"/>
    <w:pPr>
      <w:numPr>
        <w:numId w:val="5"/>
      </w:numPr>
      <w:spacing w:after="200" w:line="276" w:lineRule="auto"/>
      <w:contextualSpacing/>
    </w:pPr>
    <w:rPr>
      <w:rFonts w:ascii="Arial" w:eastAsiaTheme="minorEastAsia" w:hAnsi="Arial"/>
      <w:sz w:val="14"/>
      <w:lang w:val="en-US"/>
    </w:rPr>
  </w:style>
  <w:style w:type="paragraph" w:styleId="ListNumber2">
    <w:name w:val="List Number 2"/>
    <w:basedOn w:val="Normal"/>
    <w:uiPriority w:val="99"/>
    <w:unhideWhenUsed/>
    <w:rsid w:val="006F1DF5"/>
    <w:pPr>
      <w:numPr>
        <w:numId w:val="6"/>
      </w:numPr>
      <w:spacing w:after="200" w:line="276" w:lineRule="auto"/>
      <w:contextualSpacing/>
    </w:pPr>
    <w:rPr>
      <w:rFonts w:ascii="Arial" w:eastAsiaTheme="minorEastAsia" w:hAnsi="Arial"/>
      <w:sz w:val="14"/>
      <w:lang w:val="en-US"/>
    </w:rPr>
  </w:style>
  <w:style w:type="paragraph" w:styleId="ListNumber3">
    <w:name w:val="List Number 3"/>
    <w:basedOn w:val="Normal"/>
    <w:uiPriority w:val="99"/>
    <w:unhideWhenUsed/>
    <w:rsid w:val="006F1DF5"/>
    <w:pPr>
      <w:numPr>
        <w:numId w:val="7"/>
      </w:numPr>
      <w:spacing w:after="200" w:line="276" w:lineRule="auto"/>
      <w:contextualSpacing/>
    </w:pPr>
    <w:rPr>
      <w:rFonts w:ascii="Arial" w:eastAsiaTheme="minorEastAsia" w:hAnsi="Arial"/>
      <w:sz w:val="14"/>
      <w:lang w:val="en-US"/>
    </w:rPr>
  </w:style>
  <w:style w:type="paragraph" w:styleId="ListContinue">
    <w:name w:val="List Continue"/>
    <w:basedOn w:val="Normal"/>
    <w:uiPriority w:val="99"/>
    <w:unhideWhenUsed/>
    <w:rsid w:val="006F1DF5"/>
    <w:pPr>
      <w:spacing w:after="120" w:line="276" w:lineRule="auto"/>
      <w:ind w:left="360"/>
      <w:contextualSpacing/>
    </w:pPr>
    <w:rPr>
      <w:rFonts w:ascii="Arial" w:eastAsiaTheme="minorEastAsia" w:hAnsi="Arial"/>
      <w:sz w:val="14"/>
      <w:lang w:val="en-US"/>
    </w:rPr>
  </w:style>
  <w:style w:type="paragraph" w:styleId="ListContinue2">
    <w:name w:val="List Continue 2"/>
    <w:basedOn w:val="Normal"/>
    <w:uiPriority w:val="99"/>
    <w:unhideWhenUsed/>
    <w:rsid w:val="006F1DF5"/>
    <w:pPr>
      <w:spacing w:after="120" w:line="276" w:lineRule="auto"/>
      <w:ind w:left="720"/>
      <w:contextualSpacing/>
    </w:pPr>
    <w:rPr>
      <w:rFonts w:ascii="Arial" w:eastAsiaTheme="minorEastAsia" w:hAnsi="Arial"/>
      <w:sz w:val="14"/>
      <w:lang w:val="en-US"/>
    </w:rPr>
  </w:style>
  <w:style w:type="paragraph" w:styleId="ListContinue3">
    <w:name w:val="List Continue 3"/>
    <w:basedOn w:val="Normal"/>
    <w:uiPriority w:val="99"/>
    <w:unhideWhenUsed/>
    <w:rsid w:val="006F1DF5"/>
    <w:pPr>
      <w:spacing w:after="120" w:line="276" w:lineRule="auto"/>
      <w:ind w:left="1080"/>
      <w:contextualSpacing/>
    </w:pPr>
    <w:rPr>
      <w:rFonts w:ascii="Arial" w:eastAsiaTheme="minorEastAsia" w:hAnsi="Arial"/>
      <w:sz w:val="14"/>
      <w:lang w:val="en-US"/>
    </w:rPr>
  </w:style>
  <w:style w:type="paragraph" w:styleId="MacroText">
    <w:name w:val="macro"/>
    <w:link w:val="MacroTextChar"/>
    <w:uiPriority w:val="99"/>
    <w:unhideWhenUsed/>
    <w:rsid w:val="006F1DF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6F1DF5"/>
    <w:rPr>
      <w:rFonts w:ascii="Courier" w:eastAsiaTheme="minorEastAsia" w:hAnsi="Courier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F1DF5"/>
    <w:pPr>
      <w:spacing w:after="200" w:line="276" w:lineRule="auto"/>
    </w:pPr>
    <w:rPr>
      <w:rFonts w:ascii="Arial" w:eastAsiaTheme="minorEastAsia" w:hAnsi="Arial"/>
      <w:i/>
      <w:iCs/>
      <w:color w:val="000000" w:themeColor="text1"/>
      <w:sz w:val="1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F1DF5"/>
    <w:rPr>
      <w:rFonts w:ascii="Arial" w:eastAsiaTheme="minorEastAsia" w:hAnsi="Arial"/>
      <w:i/>
      <w:iCs/>
      <w:color w:val="000000" w:themeColor="text1"/>
      <w:sz w:val="1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1DF5"/>
    <w:pPr>
      <w:spacing w:after="200" w:line="240" w:lineRule="auto"/>
    </w:pPr>
    <w:rPr>
      <w:rFonts w:ascii="Arial" w:eastAsiaTheme="minorEastAsia" w:hAnsi="Arial"/>
      <w:b/>
      <w:bCs/>
      <w:color w:val="4472C4" w:themeColor="accent1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6F1DF5"/>
    <w:rPr>
      <w:b/>
      <w:bCs/>
    </w:rPr>
  </w:style>
  <w:style w:type="character" w:styleId="Emphasis">
    <w:name w:val="Emphasis"/>
    <w:basedOn w:val="DefaultParagraphFont"/>
    <w:uiPriority w:val="20"/>
    <w:qFormat/>
    <w:rsid w:val="006F1DF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DF5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="Arial" w:eastAsiaTheme="minorEastAsia" w:hAnsi="Arial"/>
      <w:b/>
      <w:bCs/>
      <w:i/>
      <w:iCs/>
      <w:color w:val="4472C4" w:themeColor="accent1"/>
      <w:sz w:val="1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DF5"/>
    <w:rPr>
      <w:rFonts w:ascii="Arial" w:eastAsiaTheme="minorEastAsia" w:hAnsi="Arial"/>
      <w:b/>
      <w:bCs/>
      <w:i/>
      <w:iCs/>
      <w:color w:val="4472C4" w:themeColor="accent1"/>
      <w:sz w:val="14"/>
      <w:lang w:val="en-US"/>
    </w:rPr>
  </w:style>
  <w:style w:type="character" w:styleId="SubtleEmphasis">
    <w:name w:val="Subtle Emphasis"/>
    <w:basedOn w:val="DefaultParagraphFont"/>
    <w:uiPriority w:val="19"/>
    <w:qFormat/>
    <w:rsid w:val="006F1DF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F1DF5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F1DF5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F1DF5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F1DF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1DF5"/>
    <w:pPr>
      <w:outlineLvl w:val="9"/>
    </w:pPr>
  </w:style>
  <w:style w:type="table" w:styleId="LightShading">
    <w:name w:val="Light Shading"/>
    <w:basedOn w:val="TableNormal"/>
    <w:uiPriority w:val="60"/>
    <w:rsid w:val="006F1DF5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F1DF5"/>
    <w:pPr>
      <w:spacing w:after="0" w:line="240" w:lineRule="auto"/>
    </w:pPr>
    <w:rPr>
      <w:rFonts w:eastAsiaTheme="minorEastAsia"/>
      <w:color w:val="2F5496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F1DF5"/>
    <w:pPr>
      <w:spacing w:after="0" w:line="240" w:lineRule="auto"/>
    </w:pPr>
    <w:rPr>
      <w:rFonts w:eastAsiaTheme="minorEastAsia"/>
      <w:color w:val="C45911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6F1DF5"/>
    <w:pPr>
      <w:spacing w:after="0" w:line="240" w:lineRule="auto"/>
    </w:pPr>
    <w:rPr>
      <w:rFonts w:eastAsiaTheme="minorEastAsia"/>
      <w:color w:val="7B7B7B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6F1DF5"/>
    <w:pPr>
      <w:spacing w:after="0" w:line="240" w:lineRule="auto"/>
    </w:pPr>
    <w:rPr>
      <w:rFonts w:eastAsiaTheme="minorEastAsia"/>
      <w:color w:val="BF8F00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F1DF5"/>
    <w:pPr>
      <w:spacing w:after="0" w:line="240" w:lineRule="auto"/>
    </w:pPr>
    <w:rPr>
      <w:rFonts w:eastAsiaTheme="minorEastAsia"/>
      <w:color w:val="2E74B5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F1DF5"/>
    <w:pPr>
      <w:spacing w:after="0" w:line="240" w:lineRule="auto"/>
    </w:pPr>
    <w:rPr>
      <w:rFonts w:eastAsiaTheme="minorEastAsia"/>
      <w:color w:val="538135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F1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F1DF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6F1DF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6F1DF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F1DF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F1DF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F1DF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F1DF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F1DF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F1DF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4942</Words>
  <Characters>28174</Characters>
  <Application>Microsoft Macintosh Word</Application>
  <DocSecurity>0</DocSecurity>
  <Lines>234</Lines>
  <Paragraphs>66</Paragraphs>
  <ScaleCrop>false</ScaleCrop>
  <Company/>
  <LinksUpToDate>false</LinksUpToDate>
  <CharactersWithSpaces>33050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Marasović</dc:creator>
  <cp:keywords/>
  <dc:description/>
  <cp:lastModifiedBy>Microsoft Office User</cp:lastModifiedBy>
  <cp:revision>4</cp:revision>
  <dcterms:created xsi:type="dcterms:W3CDTF">2026-08-21T06:17:00Z</dcterms:created>
  <dcterms:modified xsi:type="dcterms:W3CDTF">2026-08-21T09:10:00Z</dcterms:modified>
</cp:coreProperties>
</file>